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491FB" w14:textId="2B242F04" w:rsidR="00E465FF" w:rsidRPr="00E465FF" w:rsidRDefault="00E465FF" w:rsidP="00E465FF">
      <w:pPr>
        <w:spacing w:line="240" w:lineRule="auto"/>
        <w:jc w:val="center"/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E465FF">
        <w:rPr>
          <w:rFonts w:ascii="Calibri" w:hAnsi="Calibri" w:cs="Calibri"/>
          <w:color w:val="0070C0"/>
          <w:sz w:val="28"/>
          <w:szCs w:val="28"/>
        </w:rPr>
        <w:t>Träningsdagbok</w:t>
      </w:r>
      <w:proofErr w:type="spellEnd"/>
      <w:r w:rsidRPr="00E465FF">
        <w:rPr>
          <w:rFonts w:ascii="Calibri" w:hAnsi="Calibri" w:cs="Calibri"/>
          <w:color w:val="0070C0"/>
          <w:sz w:val="28"/>
          <w:szCs w:val="28"/>
        </w:rPr>
        <w:t xml:space="preserve"> Hilding </w:t>
      </w:r>
      <w:proofErr w:type="spellStart"/>
      <w:r w:rsidRPr="00E465FF">
        <w:rPr>
          <w:rFonts w:ascii="Calibri" w:hAnsi="Calibri" w:cs="Calibri"/>
          <w:color w:val="0070C0"/>
          <w:sz w:val="28"/>
          <w:szCs w:val="28"/>
        </w:rPr>
        <w:t>Hundcoach</w:t>
      </w:r>
      <w:proofErr w:type="spellEnd"/>
    </w:p>
    <w:p w14:paraId="4CEE1F42" w14:textId="3B4325BB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proofErr w:type="spellStart"/>
      <w:r w:rsidRPr="00E465FF">
        <w:rPr>
          <w:rFonts w:ascii="Calibri" w:hAnsi="Calibri" w:cs="Calibri"/>
          <w:b/>
          <w:bCs/>
        </w:rPr>
        <w:t>Namn</w:t>
      </w:r>
      <w:proofErr w:type="spellEnd"/>
      <w:r w:rsidRPr="00E465FF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br/>
      </w:r>
      <w:proofErr w:type="spellStart"/>
      <w:r w:rsidRPr="00E465FF">
        <w:rPr>
          <w:rFonts w:ascii="Calibri" w:hAnsi="Calibri" w:cs="Calibri"/>
          <w:b/>
          <w:bCs/>
        </w:rPr>
        <w:t>Hundens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namn</w:t>
      </w:r>
      <w:proofErr w:type="spellEnd"/>
      <w:r w:rsidRPr="00E465FF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t xml:space="preserve">Datum för </w:t>
      </w:r>
      <w:proofErr w:type="spellStart"/>
      <w:r w:rsidRPr="00E465FF">
        <w:rPr>
          <w:rFonts w:ascii="Calibri" w:hAnsi="Calibri" w:cs="Calibri"/>
          <w:b/>
          <w:bCs/>
        </w:rPr>
        <w:t>träningen</w:t>
      </w:r>
      <w:proofErr w:type="spellEnd"/>
      <w:r w:rsidRPr="00E465FF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br/>
      </w:r>
      <w:proofErr w:type="spellStart"/>
      <w:r w:rsidRPr="00E465FF">
        <w:rPr>
          <w:rFonts w:ascii="Calibri" w:hAnsi="Calibri" w:cs="Calibri"/>
          <w:b/>
          <w:bCs/>
        </w:rPr>
        <w:t>Tidpunkt</w:t>
      </w:r>
      <w:proofErr w:type="spellEnd"/>
      <w:r w:rsidRPr="00E465FF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t>Plats:</w:t>
      </w:r>
    </w:p>
    <w:p w14:paraId="66321053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1. Vad </w:t>
      </w:r>
      <w:proofErr w:type="spellStart"/>
      <w:r w:rsidRPr="00E465FF">
        <w:rPr>
          <w:rFonts w:ascii="Calibri" w:hAnsi="Calibri" w:cs="Calibri"/>
          <w:b/>
          <w:bCs/>
        </w:rPr>
        <w:t>tränade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ni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på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idag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29A928D4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2. </w:t>
      </w:r>
      <w:proofErr w:type="spellStart"/>
      <w:r w:rsidRPr="00E465FF">
        <w:rPr>
          <w:rFonts w:ascii="Calibri" w:hAnsi="Calibri" w:cs="Calibri"/>
          <w:b/>
          <w:bCs/>
        </w:rPr>
        <w:t>Målet</w:t>
      </w:r>
      <w:proofErr w:type="spellEnd"/>
      <w:r w:rsidRPr="00E465FF">
        <w:rPr>
          <w:rFonts w:ascii="Calibri" w:hAnsi="Calibri" w:cs="Calibri"/>
          <w:b/>
          <w:bCs/>
        </w:rPr>
        <w:t xml:space="preserve"> med </w:t>
      </w:r>
      <w:proofErr w:type="spellStart"/>
      <w:r w:rsidRPr="00E465FF">
        <w:rPr>
          <w:rFonts w:ascii="Calibri" w:hAnsi="Calibri" w:cs="Calibri"/>
          <w:b/>
          <w:bCs/>
        </w:rPr>
        <w:t>dagens</w:t>
      </w:r>
      <w:proofErr w:type="spellEnd"/>
      <w:r w:rsidRPr="00E465FF">
        <w:rPr>
          <w:rFonts w:ascii="Calibri" w:hAnsi="Calibri" w:cs="Calibri"/>
          <w:b/>
          <w:bCs/>
        </w:rPr>
        <w:t xml:space="preserve"> pass: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59901D56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3. Hur </w:t>
      </w:r>
      <w:proofErr w:type="spellStart"/>
      <w:r w:rsidRPr="00E465FF">
        <w:rPr>
          <w:rFonts w:ascii="Calibri" w:hAnsi="Calibri" w:cs="Calibri"/>
          <w:b/>
          <w:bCs/>
        </w:rPr>
        <w:t>upplevde</w:t>
      </w:r>
      <w:proofErr w:type="spellEnd"/>
      <w:r w:rsidRPr="00E465FF">
        <w:rPr>
          <w:rFonts w:ascii="Calibri" w:hAnsi="Calibri" w:cs="Calibri"/>
          <w:b/>
          <w:bCs/>
        </w:rPr>
        <w:t xml:space="preserve"> du din hund under </w:t>
      </w:r>
      <w:proofErr w:type="spellStart"/>
      <w:r w:rsidRPr="00E465FF">
        <w:rPr>
          <w:rFonts w:ascii="Calibri" w:hAnsi="Calibri" w:cs="Calibri"/>
          <w:b/>
          <w:bCs/>
        </w:rPr>
        <w:t>träningen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08C261A9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4. Kryssa </w:t>
      </w:r>
      <w:proofErr w:type="spellStart"/>
      <w:r w:rsidRPr="00E465FF">
        <w:rPr>
          <w:rFonts w:ascii="Calibri" w:hAnsi="Calibri" w:cs="Calibri"/>
          <w:b/>
          <w:bCs/>
        </w:rPr>
        <w:t>i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eller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beskriv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känslor</w:t>
      </w:r>
      <w:proofErr w:type="spellEnd"/>
      <w:r w:rsidRPr="00E465FF">
        <w:rPr>
          <w:rFonts w:ascii="Calibri" w:hAnsi="Calibri" w:cs="Calibri"/>
          <w:b/>
          <w:bCs/>
        </w:rPr>
        <w:t xml:space="preserve">, </w:t>
      </w:r>
      <w:proofErr w:type="spellStart"/>
      <w:r w:rsidRPr="00E465FF">
        <w:rPr>
          <w:rFonts w:ascii="Calibri" w:hAnsi="Calibri" w:cs="Calibri"/>
          <w:b/>
          <w:bCs/>
        </w:rPr>
        <w:t>reaktioner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eller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kroppsspråk</w:t>
      </w:r>
      <w:proofErr w:type="spellEnd"/>
      <w:r w:rsidRPr="00E465FF">
        <w:rPr>
          <w:rFonts w:ascii="Calibri" w:hAnsi="Calibri" w:cs="Calibri"/>
          <w:b/>
          <w:bCs/>
        </w:rPr>
        <w:t xml:space="preserve"> du </w:t>
      </w:r>
      <w:proofErr w:type="spellStart"/>
      <w:r w:rsidRPr="00E465FF">
        <w:rPr>
          <w:rFonts w:ascii="Calibri" w:hAnsi="Calibri" w:cs="Calibri"/>
          <w:b/>
          <w:bCs/>
        </w:rPr>
        <w:t>såg</w:t>
      </w:r>
      <w:proofErr w:type="spellEnd"/>
      <w:r w:rsidRPr="00E465FF">
        <w:rPr>
          <w:rFonts w:ascii="Calibri" w:hAnsi="Calibri" w:cs="Calibri"/>
          <w:b/>
          <w:bCs/>
        </w:rPr>
        <w:t>: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Segoe UI Symbol" w:hAnsi="Segoe UI Symbol" w:cs="Segoe UI Symbol"/>
          <w:b/>
          <w:bCs/>
        </w:rPr>
        <w:t>☐</w:t>
      </w:r>
      <w:r w:rsidRPr="00E465FF">
        <w:rPr>
          <w:rFonts w:ascii="Calibri" w:hAnsi="Calibri" w:cs="Calibri"/>
          <w:b/>
          <w:bCs/>
        </w:rPr>
        <w:t xml:space="preserve"> Trygg </w:t>
      </w:r>
      <w:proofErr w:type="spellStart"/>
      <w:r w:rsidRPr="00E465FF">
        <w:rPr>
          <w:rFonts w:ascii="Calibri" w:hAnsi="Calibri" w:cs="Calibri"/>
          <w:b/>
          <w:bCs/>
        </w:rPr>
        <w:t>och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fokuserad</w:t>
      </w:r>
      <w:proofErr w:type="spellEnd"/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Segoe UI Symbol" w:hAnsi="Segoe UI Symbol" w:cs="Segoe UI Symbol"/>
          <w:b/>
          <w:bCs/>
        </w:rPr>
        <w:t>☐</w:t>
      </w:r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Osäker</w:t>
      </w:r>
      <w:proofErr w:type="spellEnd"/>
      <w:r w:rsidRPr="00E465FF">
        <w:rPr>
          <w:rFonts w:ascii="Calibri" w:hAnsi="Calibri" w:cs="Calibri"/>
          <w:b/>
          <w:bCs/>
        </w:rPr>
        <w:t xml:space="preserve"> men </w:t>
      </w:r>
      <w:proofErr w:type="spellStart"/>
      <w:r w:rsidRPr="00E465FF">
        <w:rPr>
          <w:rFonts w:ascii="Calibri" w:hAnsi="Calibri" w:cs="Calibri"/>
          <w:b/>
          <w:bCs/>
        </w:rPr>
        <w:t>samarbetade</w:t>
      </w:r>
      <w:proofErr w:type="spellEnd"/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Segoe UI Symbol" w:hAnsi="Segoe UI Symbol" w:cs="Segoe UI Symbol"/>
          <w:b/>
          <w:bCs/>
        </w:rPr>
        <w:t>☐</w:t>
      </w:r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Stressad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eller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ofokuserad</w:t>
      </w:r>
      <w:proofErr w:type="spellEnd"/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Segoe UI Symbol" w:hAnsi="Segoe UI Symbol" w:cs="Segoe UI Symbol"/>
          <w:b/>
          <w:bCs/>
        </w:rPr>
        <w:t>☐</w:t>
      </w:r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Reaktiv</w:t>
      </w:r>
      <w:proofErr w:type="spellEnd"/>
      <w:r w:rsidRPr="00E465FF">
        <w:rPr>
          <w:rFonts w:ascii="Calibri" w:hAnsi="Calibri" w:cs="Calibri"/>
          <w:b/>
          <w:bCs/>
        </w:rPr>
        <w:t xml:space="preserve"> (</w:t>
      </w:r>
      <w:proofErr w:type="spellStart"/>
      <w:r w:rsidRPr="00E465FF">
        <w:rPr>
          <w:rFonts w:ascii="Calibri" w:hAnsi="Calibri" w:cs="Calibri"/>
          <w:b/>
          <w:bCs/>
        </w:rPr>
        <w:t>skällde</w:t>
      </w:r>
      <w:proofErr w:type="spellEnd"/>
      <w:r w:rsidRPr="00E465FF">
        <w:rPr>
          <w:rFonts w:ascii="Calibri" w:hAnsi="Calibri" w:cs="Calibri"/>
          <w:b/>
          <w:bCs/>
        </w:rPr>
        <w:t xml:space="preserve">, </w:t>
      </w:r>
      <w:proofErr w:type="spellStart"/>
      <w:r w:rsidRPr="00E465FF">
        <w:rPr>
          <w:rFonts w:ascii="Calibri" w:hAnsi="Calibri" w:cs="Calibri"/>
          <w:b/>
          <w:bCs/>
        </w:rPr>
        <w:t>drog</w:t>
      </w:r>
      <w:proofErr w:type="spellEnd"/>
      <w:r w:rsidRPr="00E465FF">
        <w:rPr>
          <w:rFonts w:ascii="Calibri" w:hAnsi="Calibri" w:cs="Calibri"/>
          <w:b/>
          <w:bCs/>
        </w:rPr>
        <w:t xml:space="preserve">, </w:t>
      </w:r>
      <w:proofErr w:type="spellStart"/>
      <w:r w:rsidRPr="00E465FF">
        <w:rPr>
          <w:rFonts w:ascii="Calibri" w:hAnsi="Calibri" w:cs="Calibri"/>
          <w:b/>
          <w:bCs/>
        </w:rPr>
        <w:t>frös</w:t>
      </w:r>
      <w:proofErr w:type="spellEnd"/>
      <w:r w:rsidRPr="00E465FF">
        <w:rPr>
          <w:rFonts w:ascii="Calibri" w:hAnsi="Calibri" w:cs="Calibri"/>
          <w:b/>
          <w:bCs/>
        </w:rPr>
        <w:t xml:space="preserve"> etc.)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Segoe UI Symbol" w:hAnsi="Segoe UI Symbol" w:cs="Segoe UI Symbol"/>
          <w:b/>
          <w:bCs/>
        </w:rPr>
        <w:t>☐</w:t>
      </w:r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Självständig</w:t>
      </w:r>
      <w:proofErr w:type="spellEnd"/>
      <w:r w:rsidRPr="00E465FF">
        <w:rPr>
          <w:rFonts w:ascii="Calibri" w:hAnsi="Calibri" w:cs="Calibri"/>
          <w:b/>
          <w:bCs/>
        </w:rPr>
        <w:t xml:space="preserve">, </w:t>
      </w:r>
      <w:proofErr w:type="spellStart"/>
      <w:r w:rsidRPr="00E465FF">
        <w:rPr>
          <w:rFonts w:ascii="Calibri" w:hAnsi="Calibri" w:cs="Calibri"/>
          <w:b/>
          <w:bCs/>
        </w:rPr>
        <w:t>ville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söka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avstånd</w:t>
      </w:r>
      <w:proofErr w:type="spellEnd"/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Segoe UI Symbol" w:hAnsi="Segoe UI Symbol" w:cs="Segoe UI Symbol"/>
          <w:b/>
          <w:bCs/>
        </w:rPr>
        <w:t>☐</w:t>
      </w:r>
      <w:r w:rsidRPr="00E465FF">
        <w:rPr>
          <w:rFonts w:ascii="Calibri" w:hAnsi="Calibri" w:cs="Calibri"/>
          <w:b/>
          <w:bCs/>
        </w:rPr>
        <w:t xml:space="preserve"> Kunde </w:t>
      </w:r>
      <w:proofErr w:type="spellStart"/>
      <w:r w:rsidRPr="00E465FF">
        <w:rPr>
          <w:rFonts w:ascii="Calibri" w:hAnsi="Calibri" w:cs="Calibri"/>
          <w:b/>
          <w:bCs/>
        </w:rPr>
        <w:t>återhämta</w:t>
      </w:r>
      <w:proofErr w:type="spellEnd"/>
      <w:r w:rsidRPr="00E465FF">
        <w:rPr>
          <w:rFonts w:ascii="Calibri" w:hAnsi="Calibri" w:cs="Calibri"/>
          <w:b/>
          <w:bCs/>
        </w:rPr>
        <w:t xml:space="preserve"> sig </w:t>
      </w:r>
      <w:proofErr w:type="spellStart"/>
      <w:r w:rsidRPr="00E465FF">
        <w:rPr>
          <w:rFonts w:ascii="Calibri" w:hAnsi="Calibri" w:cs="Calibri"/>
          <w:b/>
          <w:bCs/>
        </w:rPr>
        <w:t>mellan</w:t>
      </w:r>
      <w:proofErr w:type="spellEnd"/>
      <w:r w:rsidRPr="00E465FF">
        <w:rPr>
          <w:rFonts w:ascii="Calibri" w:hAnsi="Calibri" w:cs="Calibri"/>
          <w:b/>
          <w:bCs/>
        </w:rPr>
        <w:t xml:space="preserve"> moment</w:t>
      </w:r>
      <w:r w:rsidRPr="00E465FF">
        <w:rPr>
          <w:rFonts w:ascii="Calibri" w:hAnsi="Calibri" w:cs="Calibri"/>
          <w:b/>
          <w:bCs/>
        </w:rPr>
        <w:br/>
        <w:t xml:space="preserve">Om </w:t>
      </w:r>
      <w:proofErr w:type="spellStart"/>
      <w:r w:rsidRPr="00E465FF">
        <w:rPr>
          <w:rFonts w:ascii="Calibri" w:hAnsi="Calibri" w:cs="Calibri"/>
          <w:b/>
          <w:bCs/>
        </w:rPr>
        <w:t>hunden</w:t>
      </w:r>
      <w:proofErr w:type="spellEnd"/>
      <w:r w:rsidRPr="00E465FF">
        <w:rPr>
          <w:rFonts w:ascii="Calibri" w:hAnsi="Calibri" w:cs="Calibri"/>
          <w:b/>
          <w:bCs/>
        </w:rPr>
        <w:t xml:space="preserve"> slog om </w:t>
      </w:r>
      <w:proofErr w:type="spellStart"/>
      <w:r w:rsidRPr="00E465FF">
        <w:rPr>
          <w:rFonts w:ascii="Calibri" w:hAnsi="Calibri" w:cs="Calibri"/>
          <w:b/>
          <w:bCs/>
        </w:rPr>
        <w:t>i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känsla</w:t>
      </w:r>
      <w:proofErr w:type="spellEnd"/>
      <w:r w:rsidRPr="00E465FF">
        <w:rPr>
          <w:rFonts w:ascii="Calibri" w:hAnsi="Calibri" w:cs="Calibri"/>
          <w:b/>
          <w:bCs/>
        </w:rPr>
        <w:t xml:space="preserve"> – </w:t>
      </w:r>
      <w:proofErr w:type="spellStart"/>
      <w:r w:rsidRPr="00E465FF">
        <w:rPr>
          <w:rFonts w:ascii="Calibri" w:hAnsi="Calibri" w:cs="Calibri"/>
          <w:b/>
          <w:bCs/>
        </w:rPr>
        <w:t>beskriv</w:t>
      </w:r>
      <w:proofErr w:type="spellEnd"/>
      <w:r w:rsidRPr="00E465FF">
        <w:rPr>
          <w:rFonts w:ascii="Calibri" w:hAnsi="Calibri" w:cs="Calibri"/>
          <w:b/>
          <w:bCs/>
        </w:rPr>
        <w:t>:</w:t>
      </w:r>
    </w:p>
    <w:p w14:paraId="242935B6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5. Vad </w:t>
      </w:r>
      <w:proofErr w:type="spellStart"/>
      <w:r w:rsidRPr="00E465FF">
        <w:rPr>
          <w:rFonts w:ascii="Calibri" w:hAnsi="Calibri" w:cs="Calibri"/>
          <w:b/>
          <w:bCs/>
        </w:rPr>
        <w:t>fungerade</w:t>
      </w:r>
      <w:proofErr w:type="spellEnd"/>
      <w:r w:rsidRPr="00E465FF">
        <w:rPr>
          <w:rFonts w:ascii="Calibri" w:hAnsi="Calibri" w:cs="Calibri"/>
          <w:b/>
          <w:bCs/>
        </w:rPr>
        <w:t xml:space="preserve"> bra?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5BFE4C20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6. Vad </w:t>
      </w:r>
      <w:proofErr w:type="spellStart"/>
      <w:r w:rsidRPr="00E465FF">
        <w:rPr>
          <w:rFonts w:ascii="Calibri" w:hAnsi="Calibri" w:cs="Calibri"/>
          <w:b/>
          <w:bCs/>
        </w:rPr>
        <w:t>blev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utmanande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45BB4CA1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7. </w:t>
      </w:r>
      <w:proofErr w:type="spellStart"/>
      <w:r w:rsidRPr="00E465FF">
        <w:rPr>
          <w:rFonts w:ascii="Calibri" w:hAnsi="Calibri" w:cs="Calibri"/>
          <w:b/>
          <w:bCs/>
        </w:rPr>
        <w:t>Övriga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kommentarer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eller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frågor</w:t>
      </w:r>
      <w:proofErr w:type="spellEnd"/>
      <w:r w:rsidRPr="00E465FF">
        <w:rPr>
          <w:rFonts w:ascii="Calibri" w:hAnsi="Calibri" w:cs="Calibri"/>
          <w:b/>
          <w:bCs/>
        </w:rPr>
        <w:t>: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3D7790A2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8. </w:t>
      </w:r>
      <w:proofErr w:type="spellStart"/>
      <w:r w:rsidRPr="00E465FF">
        <w:rPr>
          <w:rFonts w:ascii="Calibri" w:hAnsi="Calibri" w:cs="Calibri"/>
          <w:b/>
          <w:bCs/>
        </w:rPr>
        <w:t>Aktivitetsnivå</w:t>
      </w:r>
      <w:proofErr w:type="spellEnd"/>
      <w:r w:rsidRPr="00E465FF">
        <w:rPr>
          <w:rFonts w:ascii="Calibri" w:hAnsi="Calibri" w:cs="Calibri"/>
          <w:b/>
          <w:bCs/>
        </w:rPr>
        <w:t xml:space="preserve"> (arousal): Hur </w:t>
      </w:r>
      <w:proofErr w:type="spellStart"/>
      <w:r w:rsidRPr="00E465FF">
        <w:rPr>
          <w:rFonts w:ascii="Calibri" w:hAnsi="Calibri" w:cs="Calibri"/>
          <w:b/>
          <w:bCs/>
        </w:rPr>
        <w:t>mycket</w:t>
      </w:r>
      <w:proofErr w:type="spellEnd"/>
      <w:r w:rsidRPr="00E465FF">
        <w:rPr>
          <w:rFonts w:ascii="Calibri" w:hAnsi="Calibri" w:cs="Calibri"/>
          <w:b/>
          <w:bCs/>
        </w:rPr>
        <w:t xml:space="preserve"> '</w:t>
      </w:r>
      <w:proofErr w:type="spellStart"/>
      <w:r w:rsidRPr="00E465FF">
        <w:rPr>
          <w:rFonts w:ascii="Calibri" w:hAnsi="Calibri" w:cs="Calibri"/>
          <w:b/>
          <w:bCs/>
        </w:rPr>
        <w:t>påkopplad</w:t>
      </w:r>
      <w:proofErr w:type="spellEnd"/>
      <w:r w:rsidRPr="00E465FF">
        <w:rPr>
          <w:rFonts w:ascii="Calibri" w:hAnsi="Calibri" w:cs="Calibri"/>
          <w:b/>
          <w:bCs/>
        </w:rPr>
        <w:t xml:space="preserve">' var </w:t>
      </w:r>
      <w:proofErr w:type="spellStart"/>
      <w:r w:rsidRPr="00E465FF">
        <w:rPr>
          <w:rFonts w:ascii="Calibri" w:hAnsi="Calibri" w:cs="Calibri"/>
          <w:b/>
          <w:bCs/>
        </w:rPr>
        <w:t>hunden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2EF47005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lastRenderedPageBreak/>
        <w:t xml:space="preserve">9. </w:t>
      </w:r>
      <w:proofErr w:type="spellStart"/>
      <w:r w:rsidRPr="00E465FF">
        <w:rPr>
          <w:rFonts w:ascii="Calibri" w:hAnsi="Calibri" w:cs="Calibri"/>
          <w:b/>
          <w:bCs/>
        </w:rPr>
        <w:t>Träningsbarhet</w:t>
      </w:r>
      <w:proofErr w:type="spellEnd"/>
      <w:r w:rsidRPr="00E465FF">
        <w:rPr>
          <w:rFonts w:ascii="Calibri" w:hAnsi="Calibri" w:cs="Calibri"/>
          <w:b/>
          <w:bCs/>
        </w:rPr>
        <w:t xml:space="preserve">: Kunde </w:t>
      </w:r>
      <w:proofErr w:type="spellStart"/>
      <w:r w:rsidRPr="00E465FF">
        <w:rPr>
          <w:rFonts w:ascii="Calibri" w:hAnsi="Calibri" w:cs="Calibri"/>
          <w:b/>
          <w:bCs/>
        </w:rPr>
        <w:t>hunden</w:t>
      </w:r>
      <w:proofErr w:type="spellEnd"/>
      <w:r w:rsidRPr="00E465FF">
        <w:rPr>
          <w:rFonts w:ascii="Calibri" w:hAnsi="Calibri" w:cs="Calibri"/>
          <w:b/>
          <w:bCs/>
        </w:rPr>
        <w:t xml:space="preserve"> ta till sig </w:t>
      </w:r>
      <w:proofErr w:type="spellStart"/>
      <w:r w:rsidRPr="00E465FF">
        <w:rPr>
          <w:rFonts w:ascii="Calibri" w:hAnsi="Calibri" w:cs="Calibri"/>
          <w:b/>
          <w:bCs/>
        </w:rPr>
        <w:t>inlärningen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727A2922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10. </w:t>
      </w:r>
      <w:proofErr w:type="spellStart"/>
      <w:r w:rsidRPr="00E465FF">
        <w:rPr>
          <w:rFonts w:ascii="Calibri" w:hAnsi="Calibri" w:cs="Calibri"/>
          <w:b/>
          <w:bCs/>
        </w:rPr>
        <w:t>Stresspåslag</w:t>
      </w:r>
      <w:proofErr w:type="spellEnd"/>
      <w:r w:rsidRPr="00E465FF">
        <w:rPr>
          <w:rFonts w:ascii="Calibri" w:hAnsi="Calibri" w:cs="Calibri"/>
          <w:b/>
          <w:bCs/>
        </w:rPr>
        <w:t xml:space="preserve">: Fanns </w:t>
      </w:r>
      <w:proofErr w:type="spellStart"/>
      <w:r w:rsidRPr="00E465FF">
        <w:rPr>
          <w:rFonts w:ascii="Calibri" w:hAnsi="Calibri" w:cs="Calibri"/>
          <w:b/>
          <w:bCs/>
        </w:rPr>
        <w:t>tecken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på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låg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eller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hög</w:t>
      </w:r>
      <w:proofErr w:type="spellEnd"/>
      <w:r w:rsidRPr="00E465FF">
        <w:rPr>
          <w:rFonts w:ascii="Calibri" w:hAnsi="Calibri" w:cs="Calibri"/>
          <w:b/>
          <w:bCs/>
        </w:rPr>
        <w:t xml:space="preserve"> stress?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5388FBD4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11. </w:t>
      </w:r>
      <w:proofErr w:type="spellStart"/>
      <w:r w:rsidRPr="00E465FF">
        <w:rPr>
          <w:rFonts w:ascii="Calibri" w:hAnsi="Calibri" w:cs="Calibri"/>
          <w:b/>
          <w:bCs/>
        </w:rPr>
        <w:t>Triggertrösklar</w:t>
      </w:r>
      <w:proofErr w:type="spellEnd"/>
      <w:r w:rsidRPr="00E465FF">
        <w:rPr>
          <w:rFonts w:ascii="Calibri" w:hAnsi="Calibri" w:cs="Calibri"/>
          <w:b/>
          <w:bCs/>
        </w:rPr>
        <w:t xml:space="preserve">: Hur </w:t>
      </w:r>
      <w:proofErr w:type="spellStart"/>
      <w:r w:rsidRPr="00E465FF">
        <w:rPr>
          <w:rFonts w:ascii="Calibri" w:hAnsi="Calibri" w:cs="Calibri"/>
          <w:b/>
          <w:bCs/>
        </w:rPr>
        <w:t>lätt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reagerade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hunden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på</w:t>
      </w:r>
      <w:proofErr w:type="spellEnd"/>
      <w:r w:rsidRPr="00E465FF">
        <w:rPr>
          <w:rFonts w:ascii="Calibri" w:hAnsi="Calibri" w:cs="Calibri"/>
          <w:b/>
          <w:bCs/>
        </w:rPr>
        <w:t xml:space="preserve"> sin </w:t>
      </w:r>
      <w:proofErr w:type="spellStart"/>
      <w:r w:rsidRPr="00E465FF">
        <w:rPr>
          <w:rFonts w:ascii="Calibri" w:hAnsi="Calibri" w:cs="Calibri"/>
          <w:b/>
          <w:bCs/>
        </w:rPr>
        <w:t>omgivning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  <w:b/>
          <w:bCs/>
        </w:rPr>
        <w:br/>
      </w:r>
      <w:r w:rsidRPr="00E465FF">
        <w:rPr>
          <w:rFonts w:ascii="Calibri" w:hAnsi="Calibri" w:cs="Calibri"/>
          <w:b/>
          <w:bCs/>
        </w:rPr>
        <w:br/>
      </w:r>
    </w:p>
    <w:p w14:paraId="4931E53B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  <w:r w:rsidRPr="00E465FF">
        <w:rPr>
          <w:rFonts w:ascii="Calibri" w:hAnsi="Calibri" w:cs="Calibri"/>
          <w:b/>
          <w:bCs/>
        </w:rPr>
        <w:t xml:space="preserve">12. </w:t>
      </w:r>
      <w:proofErr w:type="spellStart"/>
      <w:r w:rsidRPr="00E465FF">
        <w:rPr>
          <w:rFonts w:ascii="Calibri" w:hAnsi="Calibri" w:cs="Calibri"/>
          <w:b/>
          <w:bCs/>
        </w:rPr>
        <w:t>Känsloläge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och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återhämtning</w:t>
      </w:r>
      <w:proofErr w:type="spellEnd"/>
      <w:r w:rsidRPr="00E465FF">
        <w:rPr>
          <w:rFonts w:ascii="Calibri" w:hAnsi="Calibri" w:cs="Calibri"/>
          <w:b/>
          <w:bCs/>
        </w:rPr>
        <w:t xml:space="preserve">: Hur </w:t>
      </w:r>
      <w:proofErr w:type="spellStart"/>
      <w:r w:rsidRPr="00E465FF">
        <w:rPr>
          <w:rFonts w:ascii="Calibri" w:hAnsi="Calibri" w:cs="Calibri"/>
          <w:b/>
          <w:bCs/>
        </w:rPr>
        <w:t>såg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känsloväxlingar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och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återgång</w:t>
      </w:r>
      <w:proofErr w:type="spellEnd"/>
      <w:r w:rsidRPr="00E465FF">
        <w:rPr>
          <w:rFonts w:ascii="Calibri" w:hAnsi="Calibri" w:cs="Calibri"/>
          <w:b/>
          <w:bCs/>
        </w:rPr>
        <w:t xml:space="preserve"> till </w:t>
      </w:r>
      <w:proofErr w:type="spellStart"/>
      <w:r w:rsidRPr="00E465FF">
        <w:rPr>
          <w:rFonts w:ascii="Calibri" w:hAnsi="Calibri" w:cs="Calibri"/>
          <w:b/>
          <w:bCs/>
        </w:rPr>
        <w:t>lugn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ut</w:t>
      </w:r>
      <w:proofErr w:type="spellEnd"/>
      <w:r w:rsidRPr="00E465FF">
        <w:rPr>
          <w:rFonts w:ascii="Calibri" w:hAnsi="Calibri" w:cs="Calibri"/>
          <w:b/>
          <w:bCs/>
        </w:rPr>
        <w:t>?</w:t>
      </w:r>
    </w:p>
    <w:p w14:paraId="1A33F3E2" w14:textId="77777777" w:rsidR="00E465FF" w:rsidRPr="00E465FF" w:rsidRDefault="00E465FF" w:rsidP="00E465FF">
      <w:pPr>
        <w:spacing w:line="240" w:lineRule="auto"/>
        <w:rPr>
          <w:rFonts w:ascii="Calibri" w:hAnsi="Calibri" w:cs="Calibri"/>
          <w:b/>
          <w:bCs/>
        </w:rPr>
      </w:pPr>
    </w:p>
    <w:p w14:paraId="561FEAB5" w14:textId="77777777" w:rsidR="00E465FF" w:rsidRPr="00E465FF" w:rsidRDefault="00E465FF" w:rsidP="00E465FF">
      <w:pPr>
        <w:spacing w:line="240" w:lineRule="auto"/>
        <w:rPr>
          <w:rFonts w:ascii="Calibri" w:hAnsi="Calibri" w:cs="Calibri"/>
        </w:rPr>
      </w:pPr>
      <w:r w:rsidRPr="00E465FF">
        <w:rPr>
          <w:rFonts w:ascii="Calibri" w:hAnsi="Calibri" w:cs="Calibri"/>
          <w:b/>
          <w:bCs/>
        </w:rPr>
        <w:t xml:space="preserve">13. </w:t>
      </w:r>
      <w:proofErr w:type="spellStart"/>
      <w:r w:rsidRPr="00E465FF">
        <w:rPr>
          <w:rFonts w:ascii="Calibri" w:hAnsi="Calibri" w:cs="Calibri"/>
          <w:b/>
          <w:bCs/>
        </w:rPr>
        <w:t>Utvärdering</w:t>
      </w:r>
      <w:proofErr w:type="spellEnd"/>
      <w:r w:rsidRPr="00E465FF">
        <w:rPr>
          <w:rFonts w:ascii="Calibri" w:hAnsi="Calibri" w:cs="Calibri"/>
          <w:b/>
          <w:bCs/>
        </w:rPr>
        <w:t xml:space="preserve">: </w:t>
      </w:r>
      <w:proofErr w:type="spellStart"/>
      <w:r w:rsidRPr="00E465FF">
        <w:rPr>
          <w:rFonts w:ascii="Calibri" w:hAnsi="Calibri" w:cs="Calibri"/>
          <w:b/>
          <w:bCs/>
        </w:rPr>
        <w:t>Känsloläge</w:t>
      </w:r>
      <w:proofErr w:type="spellEnd"/>
      <w:r w:rsidRPr="00E465FF">
        <w:rPr>
          <w:rFonts w:ascii="Calibri" w:hAnsi="Calibri" w:cs="Calibri"/>
          <w:b/>
          <w:bCs/>
        </w:rPr>
        <w:t xml:space="preserve"> – </w:t>
      </w:r>
      <w:proofErr w:type="spellStart"/>
      <w:r w:rsidRPr="00E465FF">
        <w:rPr>
          <w:rFonts w:ascii="Calibri" w:hAnsi="Calibri" w:cs="Calibri"/>
          <w:b/>
          <w:bCs/>
        </w:rPr>
        <w:t>Är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hunden</w:t>
      </w:r>
      <w:proofErr w:type="spellEnd"/>
      <w:r w:rsidRPr="00E465FF">
        <w:rPr>
          <w:rFonts w:ascii="Calibri" w:hAnsi="Calibri" w:cs="Calibri"/>
          <w:b/>
          <w:bCs/>
        </w:rPr>
        <w:t xml:space="preserve"> redo </w:t>
      </w:r>
      <w:proofErr w:type="spellStart"/>
      <w:r w:rsidRPr="00E465FF">
        <w:rPr>
          <w:rFonts w:ascii="Calibri" w:hAnsi="Calibri" w:cs="Calibri"/>
          <w:b/>
          <w:bCs/>
        </w:rPr>
        <w:t>att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gå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vidare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</w:rPr>
        <w:br/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</w:t>
      </w:r>
      <w:r w:rsidRPr="00E465FF">
        <w:rPr>
          <w:rFonts w:ascii="Apple Color Emoji" w:hAnsi="Apple Color Emoji" w:cs="Apple Color Emoji"/>
        </w:rPr>
        <w:t>🟢</w:t>
      </w:r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Grönt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känsloläge</w:t>
      </w:r>
      <w:proofErr w:type="spellEnd"/>
      <w:r w:rsidRPr="00E465FF">
        <w:rPr>
          <w:rFonts w:ascii="Calibri" w:hAnsi="Calibri" w:cs="Calibri"/>
        </w:rPr>
        <w:t xml:space="preserve"> – </w:t>
      </w:r>
      <w:proofErr w:type="spellStart"/>
      <w:r w:rsidRPr="00E465FF">
        <w:rPr>
          <w:rFonts w:ascii="Calibri" w:hAnsi="Calibri" w:cs="Calibri"/>
        </w:rPr>
        <w:t>trygg</w:t>
      </w:r>
      <w:proofErr w:type="spellEnd"/>
      <w:r w:rsidRPr="00E465FF">
        <w:rPr>
          <w:rFonts w:ascii="Calibri" w:hAnsi="Calibri" w:cs="Calibri"/>
        </w:rPr>
        <w:t xml:space="preserve">, </w:t>
      </w:r>
      <w:proofErr w:type="spellStart"/>
      <w:r w:rsidRPr="00E465FF">
        <w:rPr>
          <w:rFonts w:ascii="Calibri" w:hAnsi="Calibri" w:cs="Calibri"/>
        </w:rPr>
        <w:t>lugn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och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deltar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villigt</w:t>
      </w:r>
      <w:proofErr w:type="spellEnd"/>
      <w:r w:rsidRPr="00E465FF">
        <w:rPr>
          <w:rFonts w:ascii="Calibri" w:hAnsi="Calibri" w:cs="Calibri"/>
        </w:rPr>
        <w:br/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</w:t>
      </w:r>
      <w:r w:rsidRPr="00E465FF">
        <w:rPr>
          <w:rFonts w:ascii="Apple Color Emoji" w:hAnsi="Apple Color Emoji" w:cs="Apple Color Emoji"/>
        </w:rPr>
        <w:t>🟡</w:t>
      </w:r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Gult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känsloläge</w:t>
      </w:r>
      <w:proofErr w:type="spellEnd"/>
      <w:r w:rsidRPr="00E465FF">
        <w:rPr>
          <w:rFonts w:ascii="Calibri" w:hAnsi="Calibri" w:cs="Calibri"/>
        </w:rPr>
        <w:t xml:space="preserve"> – </w:t>
      </w:r>
      <w:proofErr w:type="spellStart"/>
      <w:r w:rsidRPr="00E465FF">
        <w:rPr>
          <w:rFonts w:ascii="Calibri" w:hAnsi="Calibri" w:cs="Calibri"/>
        </w:rPr>
        <w:t>viss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tvekan</w:t>
      </w:r>
      <w:proofErr w:type="spellEnd"/>
      <w:r w:rsidRPr="00E465FF">
        <w:rPr>
          <w:rFonts w:ascii="Calibri" w:hAnsi="Calibri" w:cs="Calibri"/>
        </w:rPr>
        <w:t xml:space="preserve">, </w:t>
      </w:r>
      <w:proofErr w:type="spellStart"/>
      <w:r w:rsidRPr="00E465FF">
        <w:rPr>
          <w:rFonts w:ascii="Calibri" w:hAnsi="Calibri" w:cs="Calibri"/>
        </w:rPr>
        <w:t>återhämtar</w:t>
      </w:r>
      <w:proofErr w:type="spellEnd"/>
      <w:r w:rsidRPr="00E465FF">
        <w:rPr>
          <w:rFonts w:ascii="Calibri" w:hAnsi="Calibri" w:cs="Calibri"/>
        </w:rPr>
        <w:t xml:space="preserve"> sig med </w:t>
      </w:r>
      <w:proofErr w:type="spellStart"/>
      <w:r w:rsidRPr="00E465FF">
        <w:rPr>
          <w:rFonts w:ascii="Calibri" w:hAnsi="Calibri" w:cs="Calibri"/>
        </w:rPr>
        <w:t>stöd</w:t>
      </w:r>
      <w:proofErr w:type="spellEnd"/>
      <w:r w:rsidRPr="00E465FF">
        <w:rPr>
          <w:rFonts w:ascii="Calibri" w:hAnsi="Calibri" w:cs="Calibri"/>
        </w:rPr>
        <w:br/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</w:t>
      </w:r>
      <w:r w:rsidRPr="00E465FF">
        <w:rPr>
          <w:rFonts w:ascii="Apple Color Emoji" w:hAnsi="Apple Color Emoji" w:cs="Apple Color Emoji"/>
        </w:rPr>
        <w:t>🔴</w:t>
      </w:r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Rött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känsloläge</w:t>
      </w:r>
      <w:proofErr w:type="spellEnd"/>
      <w:r w:rsidRPr="00E465FF">
        <w:rPr>
          <w:rFonts w:ascii="Calibri" w:hAnsi="Calibri" w:cs="Calibri"/>
        </w:rPr>
        <w:t xml:space="preserve"> – </w:t>
      </w:r>
      <w:proofErr w:type="spellStart"/>
      <w:r w:rsidRPr="00E465FF">
        <w:rPr>
          <w:rFonts w:ascii="Calibri" w:hAnsi="Calibri" w:cs="Calibri"/>
        </w:rPr>
        <w:t>oro</w:t>
      </w:r>
      <w:proofErr w:type="spellEnd"/>
      <w:r w:rsidRPr="00E465FF">
        <w:rPr>
          <w:rFonts w:ascii="Calibri" w:hAnsi="Calibri" w:cs="Calibri"/>
        </w:rPr>
        <w:t xml:space="preserve">, </w:t>
      </w:r>
      <w:proofErr w:type="spellStart"/>
      <w:r w:rsidRPr="00E465FF">
        <w:rPr>
          <w:rFonts w:ascii="Calibri" w:hAnsi="Calibri" w:cs="Calibri"/>
        </w:rPr>
        <w:t>undvikande</w:t>
      </w:r>
      <w:proofErr w:type="spellEnd"/>
      <w:r w:rsidRPr="00E465FF">
        <w:rPr>
          <w:rFonts w:ascii="Calibri" w:hAnsi="Calibri" w:cs="Calibri"/>
        </w:rPr>
        <w:t xml:space="preserve">, </w:t>
      </w:r>
      <w:proofErr w:type="spellStart"/>
      <w:r w:rsidRPr="00E465FF">
        <w:rPr>
          <w:rFonts w:ascii="Calibri" w:hAnsi="Calibri" w:cs="Calibri"/>
        </w:rPr>
        <w:t>svårt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att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reglera</w:t>
      </w:r>
      <w:proofErr w:type="spellEnd"/>
      <w:r w:rsidRPr="00E465FF">
        <w:rPr>
          <w:rFonts w:ascii="Calibri" w:hAnsi="Calibri" w:cs="Calibri"/>
        </w:rPr>
        <w:t xml:space="preserve"> sig</w:t>
      </w:r>
      <w:r w:rsidRPr="00E465FF">
        <w:rPr>
          <w:rFonts w:ascii="Calibri" w:hAnsi="Calibri" w:cs="Calibri"/>
        </w:rPr>
        <w:br/>
        <w:t xml:space="preserve">Ja </w:t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   Nej </w:t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br/>
      </w:r>
      <w:proofErr w:type="spellStart"/>
      <w:r w:rsidRPr="00E465FF">
        <w:rPr>
          <w:rFonts w:ascii="Calibri" w:hAnsi="Calibri" w:cs="Calibri"/>
        </w:rPr>
        <w:t>Motivera</w:t>
      </w:r>
      <w:proofErr w:type="spellEnd"/>
      <w:r w:rsidRPr="00E465FF">
        <w:rPr>
          <w:rFonts w:ascii="Calibri" w:hAnsi="Calibri" w:cs="Calibri"/>
        </w:rPr>
        <w:t xml:space="preserve"> din </w:t>
      </w:r>
      <w:proofErr w:type="spellStart"/>
      <w:r w:rsidRPr="00E465FF">
        <w:rPr>
          <w:rFonts w:ascii="Calibri" w:hAnsi="Calibri" w:cs="Calibri"/>
        </w:rPr>
        <w:t>bedömning</w:t>
      </w:r>
      <w:proofErr w:type="spellEnd"/>
      <w:r w:rsidRPr="00E465FF">
        <w:rPr>
          <w:rFonts w:ascii="Calibri" w:hAnsi="Calibri" w:cs="Calibri"/>
        </w:rPr>
        <w:t>:</w:t>
      </w:r>
      <w:r w:rsidRPr="00E465FF">
        <w:rPr>
          <w:rFonts w:ascii="Calibri" w:hAnsi="Calibri" w:cs="Calibri"/>
        </w:rPr>
        <w:br/>
      </w:r>
      <w:r w:rsidRPr="00E465FF">
        <w:rPr>
          <w:rFonts w:ascii="Calibri" w:hAnsi="Calibri" w:cs="Calibri"/>
        </w:rPr>
        <w:br/>
      </w:r>
      <w:r w:rsidRPr="00E465FF">
        <w:rPr>
          <w:rFonts w:ascii="Calibri" w:hAnsi="Calibri" w:cs="Calibri"/>
        </w:rPr>
        <w:br/>
      </w:r>
    </w:p>
    <w:p w14:paraId="217C1825" w14:textId="77777777" w:rsidR="00E465FF" w:rsidRPr="00E465FF" w:rsidRDefault="00E465FF" w:rsidP="00E465FF">
      <w:pPr>
        <w:spacing w:line="240" w:lineRule="auto"/>
        <w:rPr>
          <w:rFonts w:ascii="Calibri" w:hAnsi="Calibri" w:cs="Calibri"/>
        </w:rPr>
      </w:pPr>
      <w:r w:rsidRPr="00E465FF">
        <w:rPr>
          <w:rFonts w:ascii="Calibri" w:hAnsi="Calibri" w:cs="Calibri"/>
          <w:b/>
          <w:bCs/>
        </w:rPr>
        <w:t xml:space="preserve">14. </w:t>
      </w:r>
      <w:proofErr w:type="spellStart"/>
      <w:r w:rsidRPr="00E465FF">
        <w:rPr>
          <w:rFonts w:ascii="Calibri" w:hAnsi="Calibri" w:cs="Calibri"/>
          <w:b/>
          <w:bCs/>
        </w:rPr>
        <w:t>Utvärdering</w:t>
      </w:r>
      <w:proofErr w:type="spellEnd"/>
      <w:r w:rsidRPr="00E465FF">
        <w:rPr>
          <w:rFonts w:ascii="Calibri" w:hAnsi="Calibri" w:cs="Calibri"/>
          <w:b/>
          <w:bCs/>
        </w:rPr>
        <w:t xml:space="preserve">: </w:t>
      </w:r>
      <w:proofErr w:type="spellStart"/>
      <w:r w:rsidRPr="00E465FF">
        <w:rPr>
          <w:rFonts w:ascii="Calibri" w:hAnsi="Calibri" w:cs="Calibri"/>
          <w:b/>
          <w:bCs/>
        </w:rPr>
        <w:t>Beteende</w:t>
      </w:r>
      <w:proofErr w:type="spellEnd"/>
      <w:r w:rsidRPr="00E465FF">
        <w:rPr>
          <w:rFonts w:ascii="Calibri" w:hAnsi="Calibri" w:cs="Calibri"/>
          <w:b/>
          <w:bCs/>
        </w:rPr>
        <w:t xml:space="preserve"> – </w:t>
      </w:r>
      <w:proofErr w:type="spellStart"/>
      <w:r w:rsidRPr="00E465FF">
        <w:rPr>
          <w:rFonts w:ascii="Calibri" w:hAnsi="Calibri" w:cs="Calibri"/>
          <w:b/>
          <w:bCs/>
        </w:rPr>
        <w:t>Är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beteendet</w:t>
      </w:r>
      <w:proofErr w:type="spellEnd"/>
      <w:r w:rsidRPr="00E465FF">
        <w:rPr>
          <w:rFonts w:ascii="Calibri" w:hAnsi="Calibri" w:cs="Calibri"/>
          <w:b/>
          <w:bCs/>
        </w:rPr>
        <w:t xml:space="preserve"> redo </w:t>
      </w:r>
      <w:proofErr w:type="spellStart"/>
      <w:r w:rsidRPr="00E465FF">
        <w:rPr>
          <w:rFonts w:ascii="Calibri" w:hAnsi="Calibri" w:cs="Calibri"/>
          <w:b/>
          <w:bCs/>
        </w:rPr>
        <w:t>att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gå</w:t>
      </w:r>
      <w:proofErr w:type="spellEnd"/>
      <w:r w:rsidRPr="00E465FF">
        <w:rPr>
          <w:rFonts w:ascii="Calibri" w:hAnsi="Calibri" w:cs="Calibri"/>
          <w:b/>
          <w:bCs/>
        </w:rPr>
        <w:t xml:space="preserve"> </w:t>
      </w:r>
      <w:proofErr w:type="spellStart"/>
      <w:r w:rsidRPr="00E465FF">
        <w:rPr>
          <w:rFonts w:ascii="Calibri" w:hAnsi="Calibri" w:cs="Calibri"/>
          <w:b/>
          <w:bCs/>
        </w:rPr>
        <w:t>vidare</w:t>
      </w:r>
      <w:proofErr w:type="spellEnd"/>
      <w:r w:rsidRPr="00E465FF">
        <w:rPr>
          <w:rFonts w:ascii="Calibri" w:hAnsi="Calibri" w:cs="Calibri"/>
          <w:b/>
          <w:bCs/>
        </w:rPr>
        <w:t>?</w:t>
      </w:r>
      <w:r w:rsidRPr="00E465FF">
        <w:rPr>
          <w:rFonts w:ascii="Calibri" w:hAnsi="Calibri" w:cs="Calibri"/>
        </w:rPr>
        <w:br/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</w:t>
      </w:r>
      <w:r w:rsidRPr="00E465FF">
        <w:rPr>
          <w:rFonts w:ascii="Apple Color Emoji" w:hAnsi="Apple Color Emoji" w:cs="Apple Color Emoji"/>
        </w:rPr>
        <w:t>🟢</w:t>
      </w:r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Grönt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beteendeläge</w:t>
      </w:r>
      <w:proofErr w:type="spellEnd"/>
      <w:r w:rsidRPr="00E465FF">
        <w:rPr>
          <w:rFonts w:ascii="Calibri" w:hAnsi="Calibri" w:cs="Calibri"/>
        </w:rPr>
        <w:t xml:space="preserve"> – </w:t>
      </w:r>
      <w:proofErr w:type="spellStart"/>
      <w:r w:rsidRPr="00E465FF">
        <w:rPr>
          <w:rFonts w:ascii="Calibri" w:hAnsi="Calibri" w:cs="Calibri"/>
        </w:rPr>
        <w:t>stabilt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och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konsekvent</w:t>
      </w:r>
      <w:proofErr w:type="spellEnd"/>
      <w:r w:rsidRPr="00E465FF">
        <w:rPr>
          <w:rFonts w:ascii="Calibri" w:hAnsi="Calibri" w:cs="Calibri"/>
        </w:rPr>
        <w:br/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</w:t>
      </w:r>
      <w:r w:rsidRPr="00E465FF">
        <w:rPr>
          <w:rFonts w:ascii="Apple Color Emoji" w:hAnsi="Apple Color Emoji" w:cs="Apple Color Emoji"/>
        </w:rPr>
        <w:t>🟡</w:t>
      </w:r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Gult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beteendeläge</w:t>
      </w:r>
      <w:proofErr w:type="spellEnd"/>
      <w:r w:rsidRPr="00E465FF">
        <w:rPr>
          <w:rFonts w:ascii="Calibri" w:hAnsi="Calibri" w:cs="Calibri"/>
        </w:rPr>
        <w:t xml:space="preserve"> – </w:t>
      </w:r>
      <w:proofErr w:type="spellStart"/>
      <w:r w:rsidRPr="00E465FF">
        <w:rPr>
          <w:rFonts w:ascii="Calibri" w:hAnsi="Calibri" w:cs="Calibri"/>
        </w:rPr>
        <w:t>viss</w:t>
      </w:r>
      <w:proofErr w:type="spellEnd"/>
      <w:r w:rsidRPr="00E465FF">
        <w:rPr>
          <w:rFonts w:ascii="Calibri" w:hAnsi="Calibri" w:cs="Calibri"/>
        </w:rPr>
        <w:t xml:space="preserve"> variation </w:t>
      </w:r>
      <w:proofErr w:type="spellStart"/>
      <w:r w:rsidRPr="00E465FF">
        <w:rPr>
          <w:rFonts w:ascii="Calibri" w:hAnsi="Calibri" w:cs="Calibri"/>
        </w:rPr>
        <w:t>eller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tvekan</w:t>
      </w:r>
      <w:proofErr w:type="spellEnd"/>
      <w:r w:rsidRPr="00E465FF">
        <w:rPr>
          <w:rFonts w:ascii="Calibri" w:hAnsi="Calibri" w:cs="Calibri"/>
        </w:rPr>
        <w:br/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</w:t>
      </w:r>
      <w:r w:rsidRPr="00E465FF">
        <w:rPr>
          <w:rFonts w:ascii="Apple Color Emoji" w:hAnsi="Apple Color Emoji" w:cs="Apple Color Emoji"/>
        </w:rPr>
        <w:t>🔴</w:t>
      </w:r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Rött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beteendeläge</w:t>
      </w:r>
      <w:proofErr w:type="spellEnd"/>
      <w:r w:rsidRPr="00E465FF">
        <w:rPr>
          <w:rFonts w:ascii="Calibri" w:hAnsi="Calibri" w:cs="Calibri"/>
        </w:rPr>
        <w:t xml:space="preserve"> – </w:t>
      </w:r>
      <w:proofErr w:type="spellStart"/>
      <w:r w:rsidRPr="00E465FF">
        <w:rPr>
          <w:rFonts w:ascii="Calibri" w:hAnsi="Calibri" w:cs="Calibri"/>
        </w:rPr>
        <w:t>ej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stabilt</w:t>
      </w:r>
      <w:proofErr w:type="spellEnd"/>
      <w:r w:rsidRPr="00E465FF">
        <w:rPr>
          <w:rFonts w:ascii="Calibri" w:hAnsi="Calibri" w:cs="Calibri"/>
        </w:rPr>
        <w:t xml:space="preserve">, </w:t>
      </w:r>
      <w:proofErr w:type="spellStart"/>
      <w:r w:rsidRPr="00E465FF">
        <w:rPr>
          <w:rFonts w:ascii="Calibri" w:hAnsi="Calibri" w:cs="Calibri"/>
        </w:rPr>
        <w:t>kräver</w:t>
      </w:r>
      <w:proofErr w:type="spellEnd"/>
      <w:r w:rsidRPr="00E465FF">
        <w:rPr>
          <w:rFonts w:ascii="Calibri" w:hAnsi="Calibri" w:cs="Calibri"/>
        </w:rPr>
        <w:t xml:space="preserve"> </w:t>
      </w:r>
      <w:proofErr w:type="spellStart"/>
      <w:r w:rsidRPr="00E465FF">
        <w:rPr>
          <w:rFonts w:ascii="Calibri" w:hAnsi="Calibri" w:cs="Calibri"/>
        </w:rPr>
        <w:t>hjälp</w:t>
      </w:r>
      <w:proofErr w:type="spellEnd"/>
      <w:r w:rsidRPr="00E465FF">
        <w:rPr>
          <w:rFonts w:ascii="Calibri" w:hAnsi="Calibri" w:cs="Calibri"/>
        </w:rPr>
        <w:br/>
        <w:t xml:space="preserve">Ja </w:t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t xml:space="preserve">    Nej </w:t>
      </w:r>
      <w:r w:rsidRPr="00E465FF">
        <w:rPr>
          <w:rFonts w:ascii="Segoe UI Symbol" w:hAnsi="Segoe UI Symbol" w:cs="Segoe UI Symbol"/>
        </w:rPr>
        <w:t>☐</w:t>
      </w:r>
      <w:r w:rsidRPr="00E465FF">
        <w:rPr>
          <w:rFonts w:ascii="Calibri" w:hAnsi="Calibri" w:cs="Calibri"/>
        </w:rPr>
        <w:br/>
      </w:r>
      <w:proofErr w:type="spellStart"/>
      <w:r w:rsidRPr="00E465FF">
        <w:rPr>
          <w:rFonts w:ascii="Calibri" w:hAnsi="Calibri" w:cs="Calibri"/>
        </w:rPr>
        <w:t>Motivera</w:t>
      </w:r>
      <w:proofErr w:type="spellEnd"/>
      <w:r w:rsidRPr="00E465FF">
        <w:rPr>
          <w:rFonts w:ascii="Calibri" w:hAnsi="Calibri" w:cs="Calibri"/>
        </w:rPr>
        <w:t xml:space="preserve"> din </w:t>
      </w:r>
      <w:proofErr w:type="spellStart"/>
      <w:r w:rsidRPr="00E465FF">
        <w:rPr>
          <w:rFonts w:ascii="Calibri" w:hAnsi="Calibri" w:cs="Calibri"/>
        </w:rPr>
        <w:t>bedömning</w:t>
      </w:r>
      <w:proofErr w:type="spellEnd"/>
      <w:r w:rsidRPr="00E465FF">
        <w:rPr>
          <w:rFonts w:ascii="Calibri" w:hAnsi="Calibri" w:cs="Calibri"/>
        </w:rPr>
        <w:t>:</w:t>
      </w:r>
    </w:p>
    <w:p w14:paraId="0D10B212" w14:textId="68B67A00" w:rsidR="0004492D" w:rsidRPr="00E465FF" w:rsidRDefault="0004492D" w:rsidP="00E465FF">
      <w:pPr>
        <w:pStyle w:val="Normalwebb"/>
        <w:rPr>
          <w:rFonts w:ascii="Calibri" w:hAnsi="Calibri" w:cs="Calibri"/>
          <w:sz w:val="22"/>
          <w:szCs w:val="22"/>
        </w:rPr>
      </w:pPr>
    </w:p>
    <w:sectPr w:rsidR="0004492D" w:rsidRPr="00E465FF" w:rsidSect="00B35F8B">
      <w:headerReference w:type="default" r:id="rId8"/>
      <w:footerReference w:type="default" r:id="rId9"/>
      <w:pgSz w:w="12240" w:h="15840"/>
      <w:pgMar w:top="1440" w:right="1800" w:bottom="1440" w:left="1800" w:header="62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1E94F" w14:textId="77777777" w:rsidR="00330440" w:rsidRDefault="00330440">
      <w:pPr>
        <w:spacing w:after="0" w:line="240" w:lineRule="auto"/>
      </w:pPr>
      <w:r>
        <w:separator/>
      </w:r>
    </w:p>
  </w:endnote>
  <w:endnote w:type="continuationSeparator" w:id="0">
    <w:p w14:paraId="006BCBA8" w14:textId="77777777" w:rsidR="00330440" w:rsidRDefault="0033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141A9" w14:textId="0A0F1552" w:rsidR="0004492D" w:rsidRPr="0006376B" w:rsidRDefault="0006376B" w:rsidP="0006376B">
    <w:pPr>
      <w:pStyle w:val="Sidfot"/>
    </w:pPr>
    <w:r>
      <w:rPr>
        <w:rStyle w:val="Stark"/>
        <w:rFonts w:ascii="Calibri" w:hAnsi="Calibri" w:cs="Calibri"/>
        <w:color w:val="000000"/>
      </w:rPr>
      <w:t xml:space="preserve">Hilding </w:t>
    </w:r>
    <w:proofErr w:type="spellStart"/>
    <w:r>
      <w:rPr>
        <w:rStyle w:val="Stark"/>
        <w:rFonts w:ascii="Calibri" w:hAnsi="Calibri" w:cs="Calibri"/>
        <w:color w:val="000000"/>
      </w:rPr>
      <w:t>Hundcoach</w:t>
    </w:r>
    <w:proofErr w:type="spellEnd"/>
    <w:r w:rsidRPr="00F73721">
      <w:rPr>
        <w:rStyle w:val="Stark"/>
        <w:rFonts w:ascii="Calibri" w:hAnsi="Calibri" w:cs="Calibri"/>
        <w:color w:val="000000"/>
      </w:rPr>
      <w:t xml:space="preserve"> | </w:t>
    </w:r>
    <w:proofErr w:type="spellStart"/>
    <w:r w:rsidRPr="00F73721">
      <w:rPr>
        <w:rStyle w:val="Stark"/>
        <w:rFonts w:ascii="Calibri" w:hAnsi="Calibri" w:cs="Calibri"/>
        <w:color w:val="000000"/>
      </w:rPr>
      <w:t>Hundbeteendeutredare</w:t>
    </w:r>
    <w:proofErr w:type="spellEnd"/>
    <w:r w:rsidRPr="00F73721">
      <w:rPr>
        <w:rStyle w:val="Stark"/>
        <w:rFonts w:ascii="Calibri" w:hAnsi="Calibri" w:cs="Calibri"/>
        <w:color w:val="000000"/>
      </w:rPr>
      <w:t xml:space="preserve"> &amp; </w:t>
    </w:r>
    <w:proofErr w:type="spellStart"/>
    <w:r w:rsidRPr="00F73721">
      <w:rPr>
        <w:rStyle w:val="Stark"/>
        <w:rFonts w:ascii="Calibri" w:hAnsi="Calibri" w:cs="Calibri"/>
        <w:color w:val="000000"/>
      </w:rPr>
      <w:t>Hundcoach</w:t>
    </w:r>
    <w:proofErr w:type="spellEnd"/>
    <w:r w:rsidRPr="00F73721">
      <w:rPr>
        <w:rFonts w:ascii="Calibri" w:hAnsi="Calibri" w:cs="Calibri"/>
        <w:color w:val="000000"/>
      </w:rPr>
      <w:br/>
    </w:r>
    <w:r w:rsidRPr="00F73721">
      <w:rPr>
        <w:rFonts w:ascii="Apple Color Emoji" w:hAnsi="Apple Color Emoji" w:cs="Apple Color Emoji"/>
        <w:color w:val="000000"/>
      </w:rPr>
      <w:t>📞</w:t>
    </w:r>
    <w:r w:rsidRPr="00F73721">
      <w:rPr>
        <w:rFonts w:ascii="Calibri" w:hAnsi="Calibri" w:cs="Calibri"/>
        <w:color w:val="000000"/>
      </w:rPr>
      <w:t xml:space="preserve"> 070-300 86 01 | </w:t>
    </w:r>
    <w:r w:rsidRPr="00F73721">
      <w:rPr>
        <w:rFonts w:ascii="Apple Color Emoji" w:hAnsi="Apple Color Emoji" w:cs="Apple Color Emoji"/>
        <w:color w:val="000000"/>
      </w:rPr>
      <w:t>✉️</w:t>
    </w:r>
    <w:r w:rsidRPr="00F73721">
      <w:rPr>
        <w:rStyle w:val="apple-converted-space"/>
        <w:rFonts w:ascii="Calibri" w:hAnsi="Calibri" w:cs="Calibri"/>
        <w:color w:val="000000"/>
      </w:rPr>
      <w:t> </w:t>
    </w:r>
    <w:hyperlink r:id="rId1" w:history="1">
      <w:r w:rsidRPr="00F73721">
        <w:rPr>
          <w:rStyle w:val="Hyperlnk"/>
          <w:rFonts w:ascii="Calibri" w:hAnsi="Calibri" w:cs="Calibri"/>
        </w:rPr>
        <w:t>info@hildinghundcoach.com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7D05F" w14:textId="77777777" w:rsidR="00330440" w:rsidRDefault="00330440">
      <w:pPr>
        <w:spacing w:after="0" w:line="240" w:lineRule="auto"/>
      </w:pPr>
      <w:r>
        <w:separator/>
      </w:r>
    </w:p>
  </w:footnote>
  <w:footnote w:type="continuationSeparator" w:id="0">
    <w:p w14:paraId="7917C7E0" w14:textId="77777777" w:rsidR="00330440" w:rsidRDefault="0033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0A68" w14:textId="0058FD5A" w:rsidR="004A05A8" w:rsidRDefault="00B87EA9" w:rsidP="00B87EA9">
    <w:pPr>
      <w:pStyle w:val="Sidhuvud"/>
    </w:pPr>
    <w:r>
      <w:rPr>
        <w:noProof/>
      </w:rPr>
      <w:drawing>
        <wp:inline distT="0" distB="0" distL="0" distR="0" wp14:anchorId="7EF0FA1F" wp14:editId="147F520A">
          <wp:extent cx="921835" cy="921835"/>
          <wp:effectExtent l="0" t="0" r="5715" b="5715"/>
          <wp:docPr id="43262144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62144" name="Bildobjekt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1835" cy="92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</w:p>
  <w:p w14:paraId="3D74CDED" w14:textId="77777777" w:rsidR="004A05A8" w:rsidRDefault="004A05A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76437D"/>
    <w:multiLevelType w:val="hybridMultilevel"/>
    <w:tmpl w:val="A5A42D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2436A7"/>
    <w:multiLevelType w:val="hybridMultilevel"/>
    <w:tmpl w:val="EAD6AC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F1F84"/>
    <w:multiLevelType w:val="multilevel"/>
    <w:tmpl w:val="7D2A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8938A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FF02C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4D70B1"/>
    <w:multiLevelType w:val="multilevel"/>
    <w:tmpl w:val="257C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4A4C22"/>
    <w:multiLevelType w:val="multilevel"/>
    <w:tmpl w:val="F10A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A2778D"/>
    <w:multiLevelType w:val="hybridMultilevel"/>
    <w:tmpl w:val="3940CE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5F5D2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5B20B4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E533C9E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BE34A6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11335BF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590747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BA077B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A2D58E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F745A9C"/>
    <w:multiLevelType w:val="multilevel"/>
    <w:tmpl w:val="DA26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7273A8"/>
    <w:multiLevelType w:val="multilevel"/>
    <w:tmpl w:val="A354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D83CB4"/>
    <w:multiLevelType w:val="multilevel"/>
    <w:tmpl w:val="FDB6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531C36"/>
    <w:multiLevelType w:val="multilevel"/>
    <w:tmpl w:val="D7CC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25E225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F76F51"/>
    <w:multiLevelType w:val="multilevel"/>
    <w:tmpl w:val="A8CA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3E16A7"/>
    <w:multiLevelType w:val="multilevel"/>
    <w:tmpl w:val="66EC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A26A79"/>
    <w:multiLevelType w:val="hybridMultilevel"/>
    <w:tmpl w:val="E4EE1C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B13DF4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792D0F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722421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733E19"/>
    <w:multiLevelType w:val="hybridMultilevel"/>
    <w:tmpl w:val="0F2677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B70A47"/>
    <w:multiLevelType w:val="multilevel"/>
    <w:tmpl w:val="12DC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7D4FAB"/>
    <w:multiLevelType w:val="multilevel"/>
    <w:tmpl w:val="37AA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1931D5C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744D2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5B4A3A"/>
    <w:multiLevelType w:val="multilevel"/>
    <w:tmpl w:val="BFC4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5A06746"/>
    <w:multiLevelType w:val="multilevel"/>
    <w:tmpl w:val="5566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94B1FF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9A6644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9BE762E"/>
    <w:multiLevelType w:val="multilevel"/>
    <w:tmpl w:val="102C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D91166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AB7D5D"/>
    <w:multiLevelType w:val="multilevel"/>
    <w:tmpl w:val="4E00A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4504F9"/>
    <w:multiLevelType w:val="multilevel"/>
    <w:tmpl w:val="EFCC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C37946"/>
    <w:multiLevelType w:val="hybridMultilevel"/>
    <w:tmpl w:val="85EC22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8313EE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A9515B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A2C442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C3F4D73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F3B4ADE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1C776E"/>
    <w:multiLevelType w:val="hybridMultilevel"/>
    <w:tmpl w:val="054CAF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32F7A44"/>
    <w:multiLevelType w:val="hybridMultilevel"/>
    <w:tmpl w:val="AE3CB1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B5199F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AF6E6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6177BB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8B9720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8CE23B6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A849C8"/>
    <w:multiLevelType w:val="multilevel"/>
    <w:tmpl w:val="6382D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B8C50E1"/>
    <w:multiLevelType w:val="hybridMultilevel"/>
    <w:tmpl w:val="160AED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B9D5C37"/>
    <w:multiLevelType w:val="hybridMultilevel"/>
    <w:tmpl w:val="D7F68F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D2516A8"/>
    <w:multiLevelType w:val="hybridMultilevel"/>
    <w:tmpl w:val="A9E684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ED722B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ED83F8A"/>
    <w:multiLevelType w:val="multilevel"/>
    <w:tmpl w:val="A144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FD820A8"/>
    <w:multiLevelType w:val="multilevel"/>
    <w:tmpl w:val="0982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24C437F"/>
    <w:multiLevelType w:val="hybridMultilevel"/>
    <w:tmpl w:val="464092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156633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3EE7BAA"/>
    <w:multiLevelType w:val="multilevel"/>
    <w:tmpl w:val="DE50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4EC06CB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600598B"/>
    <w:multiLevelType w:val="multilevel"/>
    <w:tmpl w:val="DE04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628508A"/>
    <w:multiLevelType w:val="hybridMultilevel"/>
    <w:tmpl w:val="19705F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78E0F1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9D54B35"/>
    <w:multiLevelType w:val="multilevel"/>
    <w:tmpl w:val="ECB8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0A124A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0C63C12"/>
    <w:multiLevelType w:val="multilevel"/>
    <w:tmpl w:val="A2D0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56C01AD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5F92443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74A16C5"/>
    <w:multiLevelType w:val="multilevel"/>
    <w:tmpl w:val="8100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8D718F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95D321D"/>
    <w:multiLevelType w:val="multilevel"/>
    <w:tmpl w:val="75A2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9DE0A58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8C3397"/>
    <w:multiLevelType w:val="multilevel"/>
    <w:tmpl w:val="30FA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EC76EE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3572304">
    <w:abstractNumId w:val="8"/>
  </w:num>
  <w:num w:numId="2" w16cid:durableId="1799567562">
    <w:abstractNumId w:val="6"/>
  </w:num>
  <w:num w:numId="3" w16cid:durableId="1458066763">
    <w:abstractNumId w:val="5"/>
  </w:num>
  <w:num w:numId="4" w16cid:durableId="1013535945">
    <w:abstractNumId w:val="4"/>
  </w:num>
  <w:num w:numId="5" w16cid:durableId="1528837713">
    <w:abstractNumId w:val="7"/>
  </w:num>
  <w:num w:numId="6" w16cid:durableId="1576815570">
    <w:abstractNumId w:val="3"/>
  </w:num>
  <w:num w:numId="7" w16cid:durableId="1998728703">
    <w:abstractNumId w:val="2"/>
  </w:num>
  <w:num w:numId="8" w16cid:durableId="1446074388">
    <w:abstractNumId w:val="1"/>
  </w:num>
  <w:num w:numId="9" w16cid:durableId="335688951">
    <w:abstractNumId w:val="0"/>
  </w:num>
  <w:num w:numId="10" w16cid:durableId="1815413905">
    <w:abstractNumId w:val="81"/>
  </w:num>
  <w:num w:numId="11" w16cid:durableId="1959144804">
    <w:abstractNumId w:val="78"/>
  </w:num>
  <w:num w:numId="12" w16cid:durableId="1707945367">
    <w:abstractNumId w:val="31"/>
  </w:num>
  <w:num w:numId="13" w16cid:durableId="2000302653">
    <w:abstractNumId w:val="48"/>
  </w:num>
  <w:num w:numId="14" w16cid:durableId="2044673315">
    <w:abstractNumId w:val="67"/>
  </w:num>
  <w:num w:numId="15" w16cid:durableId="2021424240">
    <w:abstractNumId w:val="41"/>
  </w:num>
  <w:num w:numId="16" w16cid:durableId="2132701205">
    <w:abstractNumId w:val="27"/>
  </w:num>
  <w:num w:numId="17" w16cid:durableId="66537618">
    <w:abstractNumId w:val="37"/>
  </w:num>
  <w:num w:numId="18" w16cid:durableId="779104553">
    <w:abstractNumId w:val="62"/>
  </w:num>
  <w:num w:numId="19" w16cid:durableId="686717551">
    <w:abstractNumId w:val="26"/>
  </w:num>
  <w:num w:numId="20" w16cid:durableId="83459394">
    <w:abstractNumId w:val="42"/>
  </w:num>
  <w:num w:numId="21" w16cid:durableId="1505625102">
    <w:abstractNumId w:val="25"/>
  </w:num>
  <w:num w:numId="22" w16cid:durableId="545146540">
    <w:abstractNumId w:val="38"/>
  </w:num>
  <w:num w:numId="23" w16cid:durableId="1728987328">
    <w:abstractNumId w:val="73"/>
  </w:num>
  <w:num w:numId="24" w16cid:durableId="175118126">
    <w:abstractNumId w:val="45"/>
  </w:num>
  <w:num w:numId="25" w16cid:durableId="1112439255">
    <w:abstractNumId w:val="11"/>
  </w:num>
  <w:num w:numId="26" w16cid:durableId="790172410">
    <w:abstractNumId w:val="18"/>
  </w:num>
  <w:num w:numId="27" w16cid:durableId="404451868">
    <w:abstractNumId w:val="47"/>
  </w:num>
  <w:num w:numId="28" w16cid:durableId="1342705932">
    <w:abstractNumId w:val="71"/>
  </w:num>
  <w:num w:numId="29" w16cid:durableId="213348507">
    <w:abstractNumId w:val="52"/>
  </w:num>
  <w:num w:numId="30" w16cid:durableId="568004588">
    <w:abstractNumId w:val="44"/>
  </w:num>
  <w:num w:numId="31" w16cid:durableId="1831824962">
    <w:abstractNumId w:val="17"/>
  </w:num>
  <w:num w:numId="32" w16cid:durableId="177694738">
    <w:abstractNumId w:val="40"/>
  </w:num>
  <w:num w:numId="33" w16cid:durableId="756024359">
    <w:abstractNumId w:val="61"/>
  </w:num>
  <w:num w:numId="34" w16cid:durableId="1940137084">
    <w:abstractNumId w:val="84"/>
  </w:num>
  <w:num w:numId="35" w16cid:durableId="1458601432">
    <w:abstractNumId w:val="85"/>
  </w:num>
  <w:num w:numId="36" w16cid:durableId="316420720">
    <w:abstractNumId w:val="58"/>
  </w:num>
  <w:num w:numId="37" w16cid:durableId="1596551638">
    <w:abstractNumId w:val="46"/>
  </w:num>
  <w:num w:numId="38" w16cid:durableId="1033262396">
    <w:abstractNumId w:val="75"/>
  </w:num>
  <w:num w:numId="39" w16cid:durableId="261838348">
    <w:abstractNumId w:val="24"/>
  </w:num>
  <w:num w:numId="40" w16cid:durableId="1792746711">
    <w:abstractNumId w:val="53"/>
  </w:num>
  <w:num w:numId="41" w16cid:durableId="1222910959">
    <w:abstractNumId w:val="80"/>
  </w:num>
  <w:num w:numId="42" w16cid:durableId="1964001458">
    <w:abstractNumId w:val="33"/>
  </w:num>
  <w:num w:numId="43" w16cid:durableId="872809504">
    <w:abstractNumId w:val="50"/>
  </w:num>
  <w:num w:numId="44" w16cid:durableId="2084376251">
    <w:abstractNumId w:val="70"/>
  </w:num>
  <w:num w:numId="45" w16cid:durableId="489297274">
    <w:abstractNumId w:val="59"/>
  </w:num>
  <w:num w:numId="46" w16cid:durableId="1255822231">
    <w:abstractNumId w:val="19"/>
  </w:num>
  <w:num w:numId="47" w16cid:durableId="518666038">
    <w:abstractNumId w:val="23"/>
  </w:num>
  <w:num w:numId="48" w16cid:durableId="427309512">
    <w:abstractNumId w:val="60"/>
  </w:num>
  <w:num w:numId="49" w16cid:durableId="1266765404">
    <w:abstractNumId w:val="86"/>
  </w:num>
  <w:num w:numId="50" w16cid:durableId="256599459">
    <w:abstractNumId w:val="20"/>
  </w:num>
  <w:num w:numId="51" w16cid:durableId="985091075">
    <w:abstractNumId w:val="72"/>
  </w:num>
  <w:num w:numId="52" w16cid:durableId="810682658">
    <w:abstractNumId w:val="57"/>
  </w:num>
  <w:num w:numId="53" w16cid:durableId="2143421983">
    <w:abstractNumId w:val="12"/>
  </w:num>
  <w:num w:numId="54" w16cid:durableId="404960396">
    <w:abstractNumId w:val="22"/>
  </w:num>
  <w:num w:numId="55" w16cid:durableId="1054356227">
    <w:abstractNumId w:val="35"/>
  </w:num>
  <w:num w:numId="56" w16cid:durableId="1565215675">
    <w:abstractNumId w:val="34"/>
  </w:num>
  <w:num w:numId="57" w16cid:durableId="466707598">
    <w:abstractNumId w:val="21"/>
  </w:num>
  <w:num w:numId="58" w16cid:durableId="1435133050">
    <w:abstractNumId w:val="77"/>
  </w:num>
  <w:num w:numId="59" w16cid:durableId="2001733846">
    <w:abstractNumId w:val="79"/>
  </w:num>
  <w:num w:numId="60" w16cid:durableId="1312825359">
    <w:abstractNumId w:val="29"/>
  </w:num>
  <w:num w:numId="61" w16cid:durableId="1315449320">
    <w:abstractNumId w:val="51"/>
  </w:num>
  <w:num w:numId="62" w16cid:durableId="760376508">
    <w:abstractNumId w:val="66"/>
  </w:num>
  <w:num w:numId="63" w16cid:durableId="1924140471">
    <w:abstractNumId w:val="43"/>
  </w:num>
  <w:num w:numId="64" w16cid:durableId="1591692951">
    <w:abstractNumId w:val="54"/>
  </w:num>
  <w:num w:numId="65" w16cid:durableId="1524243377">
    <w:abstractNumId w:val="82"/>
  </w:num>
  <w:num w:numId="66" w16cid:durableId="40136021">
    <w:abstractNumId w:val="13"/>
  </w:num>
  <w:num w:numId="67" w16cid:durableId="1995064619">
    <w:abstractNumId w:val="39"/>
  </w:num>
  <w:num w:numId="68" w16cid:durableId="1170028342">
    <w:abstractNumId w:val="64"/>
  </w:num>
  <w:num w:numId="69" w16cid:durableId="524097529">
    <w:abstractNumId w:val="63"/>
  </w:num>
  <w:num w:numId="70" w16cid:durableId="392394587">
    <w:abstractNumId w:val="49"/>
  </w:num>
  <w:num w:numId="71" w16cid:durableId="1047070865">
    <w:abstractNumId w:val="74"/>
  </w:num>
  <w:num w:numId="72" w16cid:durableId="1666974568">
    <w:abstractNumId w:val="69"/>
  </w:num>
  <w:num w:numId="73" w16cid:durableId="1410733501">
    <w:abstractNumId w:val="15"/>
  </w:num>
  <w:num w:numId="74" w16cid:durableId="522598722">
    <w:abstractNumId w:val="28"/>
  </w:num>
  <w:num w:numId="75" w16cid:durableId="49964681">
    <w:abstractNumId w:val="68"/>
  </w:num>
  <w:num w:numId="76" w16cid:durableId="1167131306">
    <w:abstractNumId w:val="14"/>
  </w:num>
  <w:num w:numId="77" w16cid:durableId="103695375">
    <w:abstractNumId w:val="76"/>
  </w:num>
  <w:num w:numId="78" w16cid:durableId="216548509">
    <w:abstractNumId w:val="30"/>
  </w:num>
  <w:num w:numId="79" w16cid:durableId="123960933">
    <w:abstractNumId w:val="83"/>
  </w:num>
  <w:num w:numId="80" w16cid:durableId="172379044">
    <w:abstractNumId w:val="16"/>
  </w:num>
  <w:num w:numId="81" w16cid:durableId="521480397">
    <w:abstractNumId w:val="10"/>
  </w:num>
  <w:num w:numId="82" w16cid:durableId="1411580552">
    <w:abstractNumId w:val="55"/>
  </w:num>
  <w:num w:numId="83" w16cid:durableId="1946384175">
    <w:abstractNumId w:val="36"/>
  </w:num>
  <w:num w:numId="84" w16cid:durableId="594870936">
    <w:abstractNumId w:val="32"/>
  </w:num>
  <w:num w:numId="85" w16cid:durableId="807820062">
    <w:abstractNumId w:val="56"/>
  </w:num>
  <w:num w:numId="86" w16cid:durableId="460342906">
    <w:abstractNumId w:val="9"/>
  </w:num>
  <w:num w:numId="87" w16cid:durableId="1428891192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0927"/>
    <w:rsid w:val="00034616"/>
    <w:rsid w:val="0004492D"/>
    <w:rsid w:val="0006063C"/>
    <w:rsid w:val="0006376B"/>
    <w:rsid w:val="00096E1F"/>
    <w:rsid w:val="000C5D58"/>
    <w:rsid w:val="000E0D6C"/>
    <w:rsid w:val="001078CC"/>
    <w:rsid w:val="00130DF3"/>
    <w:rsid w:val="001311BE"/>
    <w:rsid w:val="0015074B"/>
    <w:rsid w:val="001C1C8F"/>
    <w:rsid w:val="002841CC"/>
    <w:rsid w:val="00291062"/>
    <w:rsid w:val="0029639D"/>
    <w:rsid w:val="002A5E2F"/>
    <w:rsid w:val="002B3580"/>
    <w:rsid w:val="002F69FB"/>
    <w:rsid w:val="00315B6B"/>
    <w:rsid w:val="00326F90"/>
    <w:rsid w:val="00330440"/>
    <w:rsid w:val="00365D4A"/>
    <w:rsid w:val="00370974"/>
    <w:rsid w:val="00380AF3"/>
    <w:rsid w:val="00424795"/>
    <w:rsid w:val="00493854"/>
    <w:rsid w:val="004946DB"/>
    <w:rsid w:val="004A05A8"/>
    <w:rsid w:val="00516E4B"/>
    <w:rsid w:val="00596094"/>
    <w:rsid w:val="005B5B5A"/>
    <w:rsid w:val="006021DA"/>
    <w:rsid w:val="00630ACE"/>
    <w:rsid w:val="006C5077"/>
    <w:rsid w:val="006C6E1E"/>
    <w:rsid w:val="007022FE"/>
    <w:rsid w:val="00716D0C"/>
    <w:rsid w:val="00744D20"/>
    <w:rsid w:val="007F5981"/>
    <w:rsid w:val="00821AB2"/>
    <w:rsid w:val="00870DF7"/>
    <w:rsid w:val="00932361"/>
    <w:rsid w:val="00945597"/>
    <w:rsid w:val="009D260F"/>
    <w:rsid w:val="009F7D5C"/>
    <w:rsid w:val="00A31F3C"/>
    <w:rsid w:val="00A50427"/>
    <w:rsid w:val="00A81BCC"/>
    <w:rsid w:val="00A929E6"/>
    <w:rsid w:val="00AA1D8D"/>
    <w:rsid w:val="00AA4F9B"/>
    <w:rsid w:val="00B35F8B"/>
    <w:rsid w:val="00B45577"/>
    <w:rsid w:val="00B47730"/>
    <w:rsid w:val="00B87EA9"/>
    <w:rsid w:val="00B93A4E"/>
    <w:rsid w:val="00BE7D3F"/>
    <w:rsid w:val="00C47A1E"/>
    <w:rsid w:val="00C7068F"/>
    <w:rsid w:val="00CB0664"/>
    <w:rsid w:val="00CB4AEC"/>
    <w:rsid w:val="00D11470"/>
    <w:rsid w:val="00D81417"/>
    <w:rsid w:val="00DA1673"/>
    <w:rsid w:val="00DB41B3"/>
    <w:rsid w:val="00DB4EA5"/>
    <w:rsid w:val="00DD77D7"/>
    <w:rsid w:val="00DE0128"/>
    <w:rsid w:val="00DF0121"/>
    <w:rsid w:val="00E400D3"/>
    <w:rsid w:val="00E465FF"/>
    <w:rsid w:val="00E851DE"/>
    <w:rsid w:val="00E946EE"/>
    <w:rsid w:val="00EE06EC"/>
    <w:rsid w:val="00EF27A6"/>
    <w:rsid w:val="00F25BCE"/>
    <w:rsid w:val="00F52ADA"/>
    <w:rsid w:val="00F65200"/>
    <w:rsid w:val="00F734A9"/>
    <w:rsid w:val="00FB0C86"/>
    <w:rsid w:val="00FB4367"/>
    <w:rsid w:val="00FC338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C5264F"/>
  <w14:defaultImageDpi w14:val="300"/>
  <w15:docId w15:val="{CB6A159F-702F-494E-A329-00A03BEA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nk">
    <w:name w:val="Hyperlink"/>
    <w:basedOn w:val="Standardstycketeckensnitt"/>
    <w:uiPriority w:val="99"/>
    <w:unhideWhenUsed/>
    <w:rsid w:val="002A5E2F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A5E2F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4A0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apple-converted-space">
    <w:name w:val="apple-converted-space"/>
    <w:basedOn w:val="Standardstycketeckensnitt"/>
    <w:rsid w:val="004A05A8"/>
  </w:style>
  <w:style w:type="character" w:styleId="AnvndHyperlnk">
    <w:name w:val="FollowedHyperlink"/>
    <w:basedOn w:val="Standardstycketeckensnitt"/>
    <w:uiPriority w:val="99"/>
    <w:semiHidden/>
    <w:unhideWhenUsed/>
    <w:rsid w:val="00B87EA9"/>
    <w:rPr>
      <w:color w:val="800080" w:themeColor="followedHyperlink"/>
      <w:u w:val="single"/>
    </w:rPr>
  </w:style>
  <w:style w:type="character" w:customStyle="1" w:styleId="size">
    <w:name w:val="size"/>
    <w:basedOn w:val="Standardstycketeckensnitt"/>
    <w:rsid w:val="00063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6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2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ildinghundcoa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hildinghundcoach@outlook.com</cp:lastModifiedBy>
  <cp:revision>2</cp:revision>
  <dcterms:created xsi:type="dcterms:W3CDTF">2025-05-16T08:39:00Z</dcterms:created>
  <dcterms:modified xsi:type="dcterms:W3CDTF">2025-05-16T08:39:00Z</dcterms:modified>
  <cp:category/>
</cp:coreProperties>
</file>