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3AEF63" w14:textId="77777777" w:rsidR="00B4712D" w:rsidRPr="000D6A8C" w:rsidRDefault="00B4712D" w:rsidP="00B4712D">
      <w:pPr>
        <w:pStyle w:val="Rubrik1"/>
        <w:spacing w:line="240" w:lineRule="auto"/>
        <w:jc w:val="center"/>
        <w:rPr>
          <w:rFonts w:cstheme="majorHAnsi"/>
          <w:b w:val="0"/>
          <w:bCs w:val="0"/>
        </w:rPr>
      </w:pPr>
      <w:r w:rsidRPr="000D6A8C">
        <w:rPr>
          <w:rFonts w:cstheme="majorHAnsi"/>
          <w:b w:val="0"/>
          <w:bCs w:val="0"/>
        </w:rPr>
        <w:t xml:space="preserve">Training Log – Hilding </w:t>
      </w:r>
      <w:proofErr w:type="spellStart"/>
      <w:r w:rsidRPr="000D6A8C">
        <w:rPr>
          <w:rFonts w:cstheme="majorHAnsi"/>
          <w:b w:val="0"/>
          <w:bCs w:val="0"/>
        </w:rPr>
        <w:t>Hundcoach</w:t>
      </w:r>
      <w:proofErr w:type="spellEnd"/>
    </w:p>
    <w:p w14:paraId="52E47668" w14:textId="0ACE0E85" w:rsidR="00B4712D" w:rsidRPr="000D6A8C" w:rsidRDefault="00B4712D" w:rsidP="00B4712D">
      <w:pPr>
        <w:spacing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/>
      </w:r>
      <w:r w:rsidRPr="000D6A8C">
        <w:rPr>
          <w:rFonts w:asciiTheme="majorHAnsi" w:hAnsiTheme="majorHAnsi" w:cstheme="majorHAnsi"/>
          <w:b/>
        </w:rPr>
        <w:t>Name:</w:t>
      </w:r>
      <w:r w:rsidRPr="000D6A8C">
        <w:rPr>
          <w:rFonts w:asciiTheme="majorHAnsi" w:hAnsiTheme="majorHAnsi" w:cstheme="majorHAnsi"/>
        </w:rPr>
        <w:br/>
      </w:r>
      <w:r w:rsidRPr="000D6A8C">
        <w:rPr>
          <w:rFonts w:asciiTheme="majorHAnsi" w:hAnsiTheme="majorHAnsi" w:cstheme="majorHAnsi"/>
          <w:b/>
        </w:rPr>
        <w:t>Dog's name:</w:t>
      </w:r>
      <w:r w:rsidRPr="000D6A8C">
        <w:rPr>
          <w:rFonts w:asciiTheme="majorHAnsi" w:hAnsiTheme="majorHAnsi" w:cstheme="majorHAnsi"/>
        </w:rPr>
        <w:br/>
      </w:r>
      <w:r w:rsidRPr="000D6A8C">
        <w:rPr>
          <w:rFonts w:asciiTheme="majorHAnsi" w:hAnsiTheme="majorHAnsi" w:cstheme="majorHAnsi"/>
          <w:b/>
        </w:rPr>
        <w:t>Date of training:</w:t>
      </w:r>
      <w:r w:rsidRPr="000D6A8C">
        <w:rPr>
          <w:rFonts w:asciiTheme="majorHAnsi" w:hAnsiTheme="majorHAnsi" w:cstheme="majorHAnsi"/>
        </w:rPr>
        <w:br/>
      </w:r>
      <w:r w:rsidRPr="000D6A8C">
        <w:rPr>
          <w:rFonts w:asciiTheme="majorHAnsi" w:hAnsiTheme="majorHAnsi" w:cstheme="majorHAnsi"/>
          <w:b/>
        </w:rPr>
        <w:t>Time:</w:t>
      </w:r>
      <w:r w:rsidRPr="000D6A8C">
        <w:rPr>
          <w:rFonts w:asciiTheme="majorHAnsi" w:hAnsiTheme="majorHAnsi" w:cstheme="majorHAnsi"/>
        </w:rPr>
        <w:br/>
      </w:r>
      <w:r w:rsidRPr="000D6A8C">
        <w:rPr>
          <w:rFonts w:asciiTheme="majorHAnsi" w:hAnsiTheme="majorHAnsi" w:cstheme="majorHAnsi"/>
          <w:b/>
        </w:rPr>
        <w:t>Location:</w:t>
      </w:r>
    </w:p>
    <w:p w14:paraId="219F48AD" w14:textId="77777777" w:rsidR="00B4712D" w:rsidRPr="000D6A8C" w:rsidRDefault="00B4712D" w:rsidP="00B4712D">
      <w:pPr>
        <w:spacing w:line="240" w:lineRule="auto"/>
        <w:rPr>
          <w:rFonts w:asciiTheme="majorHAnsi" w:hAnsiTheme="majorHAnsi" w:cstheme="majorHAnsi"/>
        </w:rPr>
      </w:pPr>
    </w:p>
    <w:p w14:paraId="76B3E6F7" w14:textId="77777777" w:rsidR="00B4712D" w:rsidRPr="000D6A8C" w:rsidRDefault="00B4712D" w:rsidP="00B4712D">
      <w:pPr>
        <w:spacing w:line="240" w:lineRule="auto"/>
        <w:rPr>
          <w:rFonts w:asciiTheme="majorHAnsi" w:hAnsiTheme="majorHAnsi" w:cstheme="majorHAnsi"/>
        </w:rPr>
      </w:pPr>
      <w:r w:rsidRPr="000D6A8C">
        <w:rPr>
          <w:rFonts w:asciiTheme="majorHAnsi" w:hAnsiTheme="majorHAnsi" w:cstheme="majorHAnsi"/>
          <w:b/>
        </w:rPr>
        <w:t>1. What did you train today?</w:t>
      </w:r>
    </w:p>
    <w:p w14:paraId="6EB094ED" w14:textId="77777777" w:rsidR="00B4712D" w:rsidRPr="000D6A8C" w:rsidRDefault="00B4712D" w:rsidP="00B4712D">
      <w:pPr>
        <w:spacing w:line="240" w:lineRule="auto"/>
        <w:rPr>
          <w:rFonts w:asciiTheme="majorHAnsi" w:hAnsiTheme="majorHAnsi" w:cstheme="majorHAnsi"/>
        </w:rPr>
      </w:pPr>
    </w:p>
    <w:p w14:paraId="074E4A67" w14:textId="77777777" w:rsidR="00B4712D" w:rsidRPr="000D6A8C" w:rsidRDefault="00B4712D" w:rsidP="00B4712D">
      <w:pPr>
        <w:spacing w:line="240" w:lineRule="auto"/>
        <w:rPr>
          <w:rFonts w:asciiTheme="majorHAnsi" w:hAnsiTheme="majorHAnsi" w:cstheme="majorHAnsi"/>
        </w:rPr>
      </w:pPr>
      <w:r w:rsidRPr="000D6A8C">
        <w:rPr>
          <w:rFonts w:asciiTheme="majorHAnsi" w:hAnsiTheme="majorHAnsi" w:cstheme="majorHAnsi"/>
          <w:b/>
        </w:rPr>
        <w:t>2. Goal of today's session:</w:t>
      </w:r>
    </w:p>
    <w:p w14:paraId="61890019" w14:textId="77777777" w:rsidR="00B4712D" w:rsidRPr="000D6A8C" w:rsidRDefault="00B4712D" w:rsidP="00B4712D">
      <w:pPr>
        <w:spacing w:line="240" w:lineRule="auto"/>
        <w:rPr>
          <w:rFonts w:asciiTheme="majorHAnsi" w:hAnsiTheme="majorHAnsi" w:cstheme="majorHAnsi"/>
        </w:rPr>
      </w:pPr>
    </w:p>
    <w:p w14:paraId="5FD59F23" w14:textId="77777777" w:rsidR="00B4712D" w:rsidRPr="000D6A8C" w:rsidRDefault="00B4712D" w:rsidP="00B4712D">
      <w:pPr>
        <w:spacing w:line="240" w:lineRule="auto"/>
        <w:rPr>
          <w:rFonts w:asciiTheme="majorHAnsi" w:hAnsiTheme="majorHAnsi" w:cstheme="majorHAnsi"/>
        </w:rPr>
      </w:pPr>
      <w:r w:rsidRPr="000D6A8C">
        <w:rPr>
          <w:rFonts w:asciiTheme="majorHAnsi" w:hAnsiTheme="majorHAnsi" w:cstheme="majorHAnsi"/>
          <w:b/>
        </w:rPr>
        <w:t>3. How did you perceive your dog during the session?</w:t>
      </w:r>
    </w:p>
    <w:p w14:paraId="2146FCAD" w14:textId="77777777" w:rsidR="00B4712D" w:rsidRPr="000D6A8C" w:rsidRDefault="00B4712D" w:rsidP="00B4712D">
      <w:pPr>
        <w:spacing w:line="240" w:lineRule="auto"/>
        <w:rPr>
          <w:rFonts w:asciiTheme="majorHAnsi" w:hAnsiTheme="majorHAnsi" w:cstheme="majorHAnsi"/>
        </w:rPr>
      </w:pPr>
    </w:p>
    <w:p w14:paraId="3B582F19" w14:textId="77777777" w:rsidR="00B4712D" w:rsidRPr="000D6A8C" w:rsidRDefault="00B4712D" w:rsidP="00B4712D">
      <w:pPr>
        <w:spacing w:line="240" w:lineRule="auto"/>
        <w:rPr>
          <w:rFonts w:asciiTheme="majorHAnsi" w:hAnsiTheme="majorHAnsi" w:cstheme="majorHAnsi"/>
        </w:rPr>
      </w:pPr>
      <w:r w:rsidRPr="000D6A8C">
        <w:rPr>
          <w:rFonts w:asciiTheme="majorHAnsi" w:hAnsiTheme="majorHAnsi" w:cstheme="majorHAnsi"/>
          <w:b/>
        </w:rPr>
        <w:t>4. Check or describe observed emotions, reactions or body language:</w:t>
      </w:r>
    </w:p>
    <w:p w14:paraId="4113990A" w14:textId="77777777" w:rsidR="00B4712D" w:rsidRPr="000D6A8C" w:rsidRDefault="00B4712D" w:rsidP="00B4712D">
      <w:pPr>
        <w:pStyle w:val="Punktlista"/>
        <w:spacing w:line="240" w:lineRule="auto"/>
        <w:rPr>
          <w:rFonts w:asciiTheme="majorHAnsi" w:hAnsiTheme="majorHAnsi" w:cstheme="majorHAnsi"/>
        </w:rPr>
      </w:pPr>
      <w:r w:rsidRPr="000D6A8C">
        <w:rPr>
          <w:rFonts w:ascii="Segoe UI Symbol" w:hAnsi="Segoe UI Symbol" w:cs="Segoe UI Symbol"/>
        </w:rPr>
        <w:t>☐</w:t>
      </w:r>
      <w:r w:rsidRPr="000D6A8C">
        <w:rPr>
          <w:rFonts w:asciiTheme="majorHAnsi" w:hAnsiTheme="majorHAnsi" w:cstheme="majorHAnsi"/>
        </w:rPr>
        <w:t xml:space="preserve"> Calm and focused</w:t>
      </w:r>
    </w:p>
    <w:p w14:paraId="27E2EF00" w14:textId="77777777" w:rsidR="00B4712D" w:rsidRPr="000D6A8C" w:rsidRDefault="00B4712D" w:rsidP="00B4712D">
      <w:pPr>
        <w:pStyle w:val="Punktlista"/>
        <w:spacing w:line="240" w:lineRule="auto"/>
        <w:rPr>
          <w:rFonts w:asciiTheme="majorHAnsi" w:hAnsiTheme="majorHAnsi" w:cstheme="majorHAnsi"/>
        </w:rPr>
      </w:pPr>
      <w:r w:rsidRPr="000D6A8C">
        <w:rPr>
          <w:rFonts w:ascii="Segoe UI Symbol" w:hAnsi="Segoe UI Symbol" w:cs="Segoe UI Symbol"/>
        </w:rPr>
        <w:t>☐</w:t>
      </w:r>
      <w:r w:rsidRPr="000D6A8C">
        <w:rPr>
          <w:rFonts w:asciiTheme="majorHAnsi" w:hAnsiTheme="majorHAnsi" w:cstheme="majorHAnsi"/>
        </w:rPr>
        <w:t xml:space="preserve"> Uncertain but cooperative</w:t>
      </w:r>
    </w:p>
    <w:p w14:paraId="47F788B9" w14:textId="77777777" w:rsidR="00B4712D" w:rsidRPr="000D6A8C" w:rsidRDefault="00B4712D" w:rsidP="00B4712D">
      <w:pPr>
        <w:pStyle w:val="Punktlista"/>
        <w:spacing w:line="240" w:lineRule="auto"/>
        <w:rPr>
          <w:rFonts w:asciiTheme="majorHAnsi" w:hAnsiTheme="majorHAnsi" w:cstheme="majorHAnsi"/>
        </w:rPr>
      </w:pPr>
      <w:r w:rsidRPr="000D6A8C">
        <w:rPr>
          <w:rFonts w:ascii="Segoe UI Symbol" w:hAnsi="Segoe UI Symbol" w:cs="Segoe UI Symbol"/>
        </w:rPr>
        <w:t>☐</w:t>
      </w:r>
      <w:r w:rsidRPr="000D6A8C">
        <w:rPr>
          <w:rFonts w:asciiTheme="majorHAnsi" w:hAnsiTheme="majorHAnsi" w:cstheme="majorHAnsi"/>
        </w:rPr>
        <w:t xml:space="preserve"> Stressed or unfocused</w:t>
      </w:r>
    </w:p>
    <w:p w14:paraId="7E45041C" w14:textId="77777777" w:rsidR="00B4712D" w:rsidRPr="000D6A8C" w:rsidRDefault="00B4712D" w:rsidP="00B4712D">
      <w:pPr>
        <w:pStyle w:val="Punktlista"/>
        <w:spacing w:line="240" w:lineRule="auto"/>
        <w:rPr>
          <w:rFonts w:asciiTheme="majorHAnsi" w:hAnsiTheme="majorHAnsi" w:cstheme="majorHAnsi"/>
        </w:rPr>
      </w:pPr>
      <w:r w:rsidRPr="000D6A8C">
        <w:rPr>
          <w:rFonts w:ascii="Segoe UI Symbol" w:hAnsi="Segoe UI Symbol" w:cs="Segoe UI Symbol"/>
        </w:rPr>
        <w:t>☐</w:t>
      </w:r>
      <w:r w:rsidRPr="000D6A8C">
        <w:rPr>
          <w:rFonts w:asciiTheme="majorHAnsi" w:hAnsiTheme="majorHAnsi" w:cstheme="majorHAnsi"/>
        </w:rPr>
        <w:t xml:space="preserve"> Reactive (barked, pulled, froze, etc.)</w:t>
      </w:r>
    </w:p>
    <w:p w14:paraId="38BB9D62" w14:textId="77777777" w:rsidR="00B4712D" w:rsidRPr="000D6A8C" w:rsidRDefault="00B4712D" w:rsidP="00B4712D">
      <w:pPr>
        <w:pStyle w:val="Punktlista"/>
        <w:spacing w:line="240" w:lineRule="auto"/>
        <w:rPr>
          <w:rFonts w:asciiTheme="majorHAnsi" w:hAnsiTheme="majorHAnsi" w:cstheme="majorHAnsi"/>
        </w:rPr>
      </w:pPr>
      <w:r w:rsidRPr="000D6A8C">
        <w:rPr>
          <w:rFonts w:ascii="Segoe UI Symbol" w:hAnsi="Segoe UI Symbol" w:cs="Segoe UI Symbol"/>
        </w:rPr>
        <w:t>☐</w:t>
      </w:r>
      <w:r w:rsidRPr="000D6A8C">
        <w:rPr>
          <w:rFonts w:asciiTheme="majorHAnsi" w:hAnsiTheme="majorHAnsi" w:cstheme="majorHAnsi"/>
        </w:rPr>
        <w:t xml:space="preserve"> Independent, sought distance</w:t>
      </w:r>
    </w:p>
    <w:p w14:paraId="10919225" w14:textId="77777777" w:rsidR="00B4712D" w:rsidRPr="000D6A8C" w:rsidRDefault="00B4712D" w:rsidP="00B4712D">
      <w:pPr>
        <w:pStyle w:val="Punktlista"/>
        <w:spacing w:line="240" w:lineRule="auto"/>
        <w:rPr>
          <w:rFonts w:asciiTheme="majorHAnsi" w:hAnsiTheme="majorHAnsi" w:cstheme="majorHAnsi"/>
        </w:rPr>
      </w:pPr>
      <w:r w:rsidRPr="000D6A8C">
        <w:rPr>
          <w:rFonts w:ascii="Segoe UI Symbol" w:hAnsi="Segoe UI Symbol" w:cs="Segoe UI Symbol"/>
        </w:rPr>
        <w:t>☐</w:t>
      </w:r>
      <w:r w:rsidRPr="000D6A8C">
        <w:rPr>
          <w:rFonts w:asciiTheme="majorHAnsi" w:hAnsiTheme="majorHAnsi" w:cstheme="majorHAnsi"/>
        </w:rPr>
        <w:t xml:space="preserve"> Able to recover between exercises</w:t>
      </w:r>
    </w:p>
    <w:p w14:paraId="3BA04B3E" w14:textId="77777777" w:rsidR="00B4712D" w:rsidRPr="000D6A8C" w:rsidRDefault="00B4712D" w:rsidP="00B4712D">
      <w:pPr>
        <w:pStyle w:val="Punktlista"/>
        <w:numPr>
          <w:ilvl w:val="0"/>
          <w:numId w:val="0"/>
        </w:numPr>
        <w:spacing w:line="240" w:lineRule="auto"/>
        <w:rPr>
          <w:rFonts w:asciiTheme="majorHAnsi" w:hAnsiTheme="majorHAnsi" w:cstheme="majorHAnsi"/>
        </w:rPr>
      </w:pPr>
      <w:r w:rsidRPr="000D6A8C">
        <w:rPr>
          <w:rFonts w:asciiTheme="majorHAnsi" w:hAnsiTheme="majorHAnsi" w:cstheme="majorHAnsi"/>
        </w:rPr>
        <w:t>If the dog’s emotional state changed – describe it:</w:t>
      </w:r>
    </w:p>
    <w:p w14:paraId="0F734D0A" w14:textId="77777777" w:rsidR="00B4712D" w:rsidRPr="000D6A8C" w:rsidRDefault="00B4712D" w:rsidP="00B4712D">
      <w:pPr>
        <w:spacing w:line="240" w:lineRule="auto"/>
        <w:rPr>
          <w:rFonts w:asciiTheme="majorHAnsi" w:hAnsiTheme="majorHAnsi" w:cstheme="majorHAnsi"/>
        </w:rPr>
      </w:pPr>
      <w:r w:rsidRPr="000D6A8C">
        <w:rPr>
          <w:rFonts w:asciiTheme="majorHAnsi" w:hAnsiTheme="majorHAnsi" w:cstheme="majorHAnsi"/>
          <w:b/>
        </w:rPr>
        <w:t>5. What went well?</w:t>
      </w:r>
    </w:p>
    <w:p w14:paraId="555F1EFF" w14:textId="77777777" w:rsidR="00B4712D" w:rsidRPr="000D6A8C" w:rsidRDefault="00B4712D" w:rsidP="00B4712D">
      <w:pPr>
        <w:spacing w:line="240" w:lineRule="auto"/>
        <w:rPr>
          <w:rFonts w:asciiTheme="majorHAnsi" w:hAnsiTheme="majorHAnsi" w:cstheme="majorHAnsi"/>
        </w:rPr>
      </w:pPr>
    </w:p>
    <w:p w14:paraId="3D34F67A" w14:textId="77777777" w:rsidR="00B4712D" w:rsidRPr="000D6A8C" w:rsidRDefault="00B4712D" w:rsidP="00B4712D">
      <w:pPr>
        <w:spacing w:line="240" w:lineRule="auto"/>
        <w:rPr>
          <w:rFonts w:asciiTheme="majorHAnsi" w:hAnsiTheme="majorHAnsi" w:cstheme="majorHAnsi"/>
        </w:rPr>
      </w:pPr>
      <w:r w:rsidRPr="000D6A8C">
        <w:rPr>
          <w:rFonts w:asciiTheme="majorHAnsi" w:hAnsiTheme="majorHAnsi" w:cstheme="majorHAnsi"/>
          <w:b/>
        </w:rPr>
        <w:t>6. What was challenging?</w:t>
      </w:r>
    </w:p>
    <w:p w14:paraId="33E077FE" w14:textId="77777777" w:rsidR="00B4712D" w:rsidRPr="000D6A8C" w:rsidRDefault="00B4712D" w:rsidP="00B4712D">
      <w:pPr>
        <w:spacing w:line="240" w:lineRule="auto"/>
        <w:rPr>
          <w:rFonts w:asciiTheme="majorHAnsi" w:hAnsiTheme="majorHAnsi" w:cstheme="majorHAnsi"/>
        </w:rPr>
      </w:pPr>
    </w:p>
    <w:p w14:paraId="456824AA" w14:textId="77777777" w:rsidR="00B4712D" w:rsidRPr="000D6A8C" w:rsidRDefault="00B4712D" w:rsidP="00B4712D">
      <w:pPr>
        <w:spacing w:line="240" w:lineRule="auto"/>
        <w:rPr>
          <w:rFonts w:asciiTheme="majorHAnsi" w:hAnsiTheme="majorHAnsi" w:cstheme="majorHAnsi"/>
        </w:rPr>
      </w:pPr>
      <w:r w:rsidRPr="000D6A8C">
        <w:rPr>
          <w:rFonts w:asciiTheme="majorHAnsi" w:hAnsiTheme="majorHAnsi" w:cstheme="majorHAnsi"/>
          <w:b/>
        </w:rPr>
        <w:t>7. Other comments or questions:</w:t>
      </w:r>
    </w:p>
    <w:p w14:paraId="47535BFC" w14:textId="77777777" w:rsidR="00B4712D" w:rsidRPr="000D6A8C" w:rsidRDefault="00B4712D" w:rsidP="00B4712D">
      <w:pPr>
        <w:spacing w:line="240" w:lineRule="auto"/>
        <w:rPr>
          <w:rFonts w:asciiTheme="majorHAnsi" w:hAnsiTheme="majorHAnsi" w:cstheme="majorHAnsi"/>
        </w:rPr>
      </w:pPr>
    </w:p>
    <w:p w14:paraId="63FC9E4C" w14:textId="77777777" w:rsidR="00B4712D" w:rsidRPr="000D6A8C" w:rsidRDefault="00B4712D" w:rsidP="00B4712D">
      <w:pPr>
        <w:spacing w:line="240" w:lineRule="auto"/>
        <w:rPr>
          <w:rFonts w:asciiTheme="majorHAnsi" w:hAnsiTheme="majorHAnsi" w:cstheme="majorHAnsi"/>
        </w:rPr>
      </w:pPr>
      <w:r w:rsidRPr="000D6A8C">
        <w:rPr>
          <w:rFonts w:asciiTheme="majorHAnsi" w:hAnsiTheme="majorHAnsi" w:cstheme="majorHAnsi"/>
          <w:b/>
        </w:rPr>
        <w:t>8. Arousal level: How ‘switched on’ was your dog?</w:t>
      </w:r>
    </w:p>
    <w:p w14:paraId="6D51BBF3" w14:textId="77777777" w:rsidR="00B4712D" w:rsidRPr="000D6A8C" w:rsidRDefault="00B4712D" w:rsidP="00B4712D">
      <w:pPr>
        <w:spacing w:line="240" w:lineRule="auto"/>
        <w:rPr>
          <w:rFonts w:asciiTheme="majorHAnsi" w:hAnsiTheme="majorHAnsi" w:cstheme="majorHAnsi"/>
        </w:rPr>
      </w:pPr>
    </w:p>
    <w:p w14:paraId="73A43A28" w14:textId="77777777" w:rsidR="00B4712D" w:rsidRPr="000D6A8C" w:rsidRDefault="00B4712D" w:rsidP="00B4712D">
      <w:pPr>
        <w:spacing w:line="240" w:lineRule="auto"/>
        <w:rPr>
          <w:rFonts w:asciiTheme="majorHAnsi" w:hAnsiTheme="majorHAnsi" w:cstheme="majorHAnsi"/>
        </w:rPr>
      </w:pPr>
      <w:r w:rsidRPr="000D6A8C">
        <w:rPr>
          <w:rFonts w:asciiTheme="majorHAnsi" w:hAnsiTheme="majorHAnsi" w:cstheme="majorHAnsi"/>
          <w:b/>
        </w:rPr>
        <w:t>9. Trainability: Was your dog able to learn?</w:t>
      </w:r>
    </w:p>
    <w:p w14:paraId="7E580B7C" w14:textId="77777777" w:rsidR="00B4712D" w:rsidRPr="000D6A8C" w:rsidRDefault="00B4712D" w:rsidP="00B4712D">
      <w:pPr>
        <w:spacing w:line="240" w:lineRule="auto"/>
        <w:rPr>
          <w:rFonts w:asciiTheme="majorHAnsi" w:hAnsiTheme="majorHAnsi" w:cstheme="majorHAnsi"/>
        </w:rPr>
      </w:pPr>
    </w:p>
    <w:p w14:paraId="12BD9719" w14:textId="77777777" w:rsidR="00B4712D" w:rsidRPr="000D6A8C" w:rsidRDefault="00B4712D" w:rsidP="00B4712D">
      <w:pPr>
        <w:spacing w:line="240" w:lineRule="auto"/>
        <w:rPr>
          <w:rFonts w:asciiTheme="majorHAnsi" w:hAnsiTheme="majorHAnsi" w:cstheme="majorHAnsi"/>
        </w:rPr>
      </w:pPr>
      <w:r w:rsidRPr="000D6A8C">
        <w:rPr>
          <w:rFonts w:asciiTheme="majorHAnsi" w:hAnsiTheme="majorHAnsi" w:cstheme="majorHAnsi"/>
          <w:b/>
        </w:rPr>
        <w:t>10. Stress signs: Were there signs of low or high stress?</w:t>
      </w:r>
    </w:p>
    <w:p w14:paraId="0E5A6816" w14:textId="77777777" w:rsidR="00B4712D" w:rsidRPr="000D6A8C" w:rsidRDefault="00B4712D" w:rsidP="00B4712D">
      <w:pPr>
        <w:spacing w:line="240" w:lineRule="auto"/>
        <w:rPr>
          <w:rFonts w:asciiTheme="majorHAnsi" w:hAnsiTheme="majorHAnsi" w:cstheme="majorHAnsi"/>
        </w:rPr>
      </w:pPr>
    </w:p>
    <w:p w14:paraId="3D57CAD7" w14:textId="77777777" w:rsidR="00B4712D" w:rsidRPr="000D6A8C" w:rsidRDefault="00B4712D" w:rsidP="00B4712D">
      <w:pPr>
        <w:spacing w:line="240" w:lineRule="auto"/>
        <w:rPr>
          <w:rFonts w:asciiTheme="majorHAnsi" w:hAnsiTheme="majorHAnsi" w:cstheme="majorHAnsi"/>
        </w:rPr>
      </w:pPr>
      <w:r w:rsidRPr="000D6A8C">
        <w:rPr>
          <w:rFonts w:asciiTheme="majorHAnsi" w:hAnsiTheme="majorHAnsi" w:cstheme="majorHAnsi"/>
          <w:b/>
        </w:rPr>
        <w:t>11. Trigger threshold: How easily did the dog react to the environment?</w:t>
      </w:r>
    </w:p>
    <w:p w14:paraId="6C0D7272" w14:textId="77777777" w:rsidR="00B4712D" w:rsidRPr="000D6A8C" w:rsidRDefault="00B4712D" w:rsidP="00B4712D">
      <w:pPr>
        <w:spacing w:line="240" w:lineRule="auto"/>
        <w:rPr>
          <w:rFonts w:asciiTheme="majorHAnsi" w:hAnsiTheme="majorHAnsi" w:cstheme="majorHAnsi"/>
        </w:rPr>
      </w:pPr>
    </w:p>
    <w:p w14:paraId="5AEC5F2C" w14:textId="77777777" w:rsidR="00B4712D" w:rsidRPr="000D6A8C" w:rsidRDefault="00B4712D" w:rsidP="00B4712D">
      <w:pPr>
        <w:spacing w:line="240" w:lineRule="auto"/>
        <w:rPr>
          <w:rFonts w:asciiTheme="majorHAnsi" w:hAnsiTheme="majorHAnsi" w:cstheme="majorHAnsi"/>
        </w:rPr>
      </w:pPr>
      <w:r w:rsidRPr="000D6A8C">
        <w:rPr>
          <w:rFonts w:asciiTheme="majorHAnsi" w:hAnsiTheme="majorHAnsi" w:cstheme="majorHAnsi"/>
          <w:b/>
        </w:rPr>
        <w:t>12. Emotional state and recovery: How did emotional shifts and return to calm look?</w:t>
      </w:r>
    </w:p>
    <w:p w14:paraId="390BFA12" w14:textId="77777777" w:rsidR="00B4712D" w:rsidRPr="000D6A8C" w:rsidRDefault="00B4712D" w:rsidP="00B4712D">
      <w:pPr>
        <w:spacing w:line="240" w:lineRule="auto"/>
        <w:rPr>
          <w:rFonts w:asciiTheme="majorHAnsi" w:hAnsiTheme="majorHAnsi" w:cstheme="majorHAnsi"/>
        </w:rPr>
      </w:pPr>
    </w:p>
    <w:p w14:paraId="1B854B46" w14:textId="77777777" w:rsidR="00B4712D" w:rsidRPr="000D6A8C" w:rsidRDefault="00B4712D" w:rsidP="00B4712D">
      <w:pPr>
        <w:spacing w:line="240" w:lineRule="auto"/>
        <w:rPr>
          <w:rFonts w:asciiTheme="majorHAnsi" w:hAnsiTheme="majorHAnsi" w:cstheme="majorHAnsi"/>
        </w:rPr>
      </w:pPr>
      <w:r w:rsidRPr="000D6A8C">
        <w:rPr>
          <w:rFonts w:asciiTheme="majorHAnsi" w:hAnsiTheme="majorHAnsi" w:cstheme="majorHAnsi"/>
          <w:b/>
        </w:rPr>
        <w:t>13. Evaluation: Emotional readiness – Is the dog ready to move forward?</w:t>
      </w:r>
    </w:p>
    <w:p w14:paraId="63A581E3" w14:textId="77777777" w:rsidR="00B4712D" w:rsidRPr="000D6A8C" w:rsidRDefault="00B4712D" w:rsidP="00B4712D">
      <w:pPr>
        <w:pStyle w:val="Punktlista"/>
        <w:numPr>
          <w:ilvl w:val="0"/>
          <w:numId w:val="0"/>
        </w:numPr>
        <w:spacing w:line="240" w:lineRule="auto"/>
        <w:rPr>
          <w:rFonts w:asciiTheme="majorHAnsi" w:hAnsiTheme="majorHAnsi" w:cstheme="majorHAnsi"/>
        </w:rPr>
      </w:pPr>
      <w:r w:rsidRPr="000D6A8C">
        <w:rPr>
          <w:rFonts w:ascii="Segoe UI Symbol" w:hAnsi="Segoe UI Symbol" w:cs="Segoe UI Symbol"/>
        </w:rPr>
        <w:t>☐</w:t>
      </w:r>
      <w:r w:rsidRPr="000D6A8C">
        <w:rPr>
          <w:rFonts w:asciiTheme="majorHAnsi" w:hAnsiTheme="majorHAnsi" w:cstheme="majorHAnsi"/>
        </w:rPr>
        <w:t xml:space="preserve"> </w:t>
      </w:r>
      <w:r w:rsidRPr="000D6A8C">
        <w:rPr>
          <w:rFonts w:ascii="Apple Color Emoji" w:hAnsi="Apple Color Emoji" w:cs="Apple Color Emoji"/>
        </w:rPr>
        <w:t>🟢</w:t>
      </w:r>
      <w:r w:rsidRPr="000D6A8C">
        <w:rPr>
          <w:rFonts w:asciiTheme="majorHAnsi" w:hAnsiTheme="majorHAnsi" w:cstheme="majorHAnsi"/>
        </w:rPr>
        <w:t xml:space="preserve"> Green emotional state – calm, secure and willing to participate</w:t>
      </w:r>
    </w:p>
    <w:p w14:paraId="5F74C9EA" w14:textId="77777777" w:rsidR="00B4712D" w:rsidRPr="000D6A8C" w:rsidRDefault="00B4712D" w:rsidP="00B4712D">
      <w:pPr>
        <w:pStyle w:val="Punktlista"/>
        <w:numPr>
          <w:ilvl w:val="0"/>
          <w:numId w:val="0"/>
        </w:numPr>
        <w:spacing w:line="240" w:lineRule="auto"/>
        <w:ind w:left="360" w:hanging="360"/>
        <w:rPr>
          <w:rFonts w:asciiTheme="majorHAnsi" w:hAnsiTheme="majorHAnsi" w:cstheme="majorHAnsi"/>
        </w:rPr>
      </w:pPr>
      <w:r w:rsidRPr="000D6A8C">
        <w:rPr>
          <w:rFonts w:ascii="Segoe UI Symbol" w:hAnsi="Segoe UI Symbol" w:cs="Segoe UI Symbol"/>
        </w:rPr>
        <w:t>☐</w:t>
      </w:r>
      <w:r w:rsidRPr="000D6A8C">
        <w:rPr>
          <w:rFonts w:asciiTheme="majorHAnsi" w:hAnsiTheme="majorHAnsi" w:cstheme="majorHAnsi"/>
        </w:rPr>
        <w:t xml:space="preserve"> </w:t>
      </w:r>
      <w:r w:rsidRPr="000D6A8C">
        <w:rPr>
          <w:rFonts w:ascii="Apple Color Emoji" w:hAnsi="Apple Color Emoji" w:cs="Apple Color Emoji"/>
        </w:rPr>
        <w:t>🟡</w:t>
      </w:r>
      <w:r w:rsidRPr="000D6A8C">
        <w:rPr>
          <w:rFonts w:asciiTheme="majorHAnsi" w:hAnsiTheme="majorHAnsi" w:cstheme="majorHAnsi"/>
        </w:rPr>
        <w:t xml:space="preserve"> Yellow emotional state – some hesitation, recovers with support</w:t>
      </w:r>
    </w:p>
    <w:p w14:paraId="1E72F7CB" w14:textId="77777777" w:rsidR="00B4712D" w:rsidRPr="000D6A8C" w:rsidRDefault="00B4712D" w:rsidP="00B4712D">
      <w:pPr>
        <w:pStyle w:val="Punktlista"/>
        <w:numPr>
          <w:ilvl w:val="0"/>
          <w:numId w:val="0"/>
        </w:numPr>
        <w:spacing w:line="240" w:lineRule="auto"/>
        <w:ind w:left="360" w:hanging="360"/>
        <w:rPr>
          <w:rFonts w:asciiTheme="majorHAnsi" w:hAnsiTheme="majorHAnsi" w:cstheme="majorHAnsi"/>
        </w:rPr>
      </w:pPr>
      <w:r w:rsidRPr="000D6A8C">
        <w:rPr>
          <w:rFonts w:ascii="Segoe UI Symbol" w:hAnsi="Segoe UI Symbol" w:cs="Segoe UI Symbol"/>
        </w:rPr>
        <w:t>☐</w:t>
      </w:r>
      <w:r w:rsidRPr="000D6A8C">
        <w:rPr>
          <w:rFonts w:asciiTheme="majorHAnsi" w:hAnsiTheme="majorHAnsi" w:cstheme="majorHAnsi"/>
        </w:rPr>
        <w:t xml:space="preserve"> </w:t>
      </w:r>
      <w:r w:rsidRPr="000D6A8C">
        <w:rPr>
          <w:rFonts w:ascii="Apple Color Emoji" w:hAnsi="Apple Color Emoji" w:cs="Apple Color Emoji"/>
        </w:rPr>
        <w:t>🔴</w:t>
      </w:r>
      <w:r w:rsidRPr="000D6A8C">
        <w:rPr>
          <w:rFonts w:asciiTheme="majorHAnsi" w:hAnsiTheme="majorHAnsi" w:cstheme="majorHAnsi"/>
        </w:rPr>
        <w:t xml:space="preserve"> Red emotional state – anxious, avoidant, hard to self-regulate</w:t>
      </w:r>
    </w:p>
    <w:p w14:paraId="3B98DBCC" w14:textId="77777777" w:rsidR="00B4712D" w:rsidRPr="000D6A8C" w:rsidRDefault="00B4712D" w:rsidP="00B4712D">
      <w:pPr>
        <w:pStyle w:val="Punktlista"/>
        <w:numPr>
          <w:ilvl w:val="0"/>
          <w:numId w:val="0"/>
        </w:numPr>
        <w:spacing w:line="240" w:lineRule="auto"/>
        <w:ind w:left="360" w:hanging="360"/>
        <w:rPr>
          <w:rFonts w:asciiTheme="majorHAnsi" w:hAnsiTheme="majorHAnsi" w:cstheme="majorHAnsi"/>
        </w:rPr>
      </w:pPr>
      <w:r w:rsidRPr="000D6A8C">
        <w:rPr>
          <w:rFonts w:asciiTheme="majorHAnsi" w:hAnsiTheme="majorHAnsi" w:cstheme="majorHAnsi"/>
        </w:rPr>
        <w:t xml:space="preserve">Yes </w:t>
      </w:r>
      <w:r w:rsidRPr="000D6A8C">
        <w:rPr>
          <w:rFonts w:ascii="Segoe UI Symbol" w:hAnsi="Segoe UI Symbol" w:cs="Segoe UI Symbol"/>
        </w:rPr>
        <w:t>☐</w:t>
      </w:r>
      <w:r w:rsidRPr="000D6A8C">
        <w:rPr>
          <w:rFonts w:asciiTheme="majorHAnsi" w:hAnsiTheme="majorHAnsi" w:cstheme="majorHAnsi"/>
        </w:rPr>
        <w:t xml:space="preserve">    No </w:t>
      </w:r>
      <w:r w:rsidRPr="000D6A8C">
        <w:rPr>
          <w:rFonts w:ascii="Segoe UI Symbol" w:hAnsi="Segoe UI Symbol" w:cs="Segoe UI Symbol"/>
        </w:rPr>
        <w:t>☐</w:t>
      </w:r>
    </w:p>
    <w:p w14:paraId="7234EBA9" w14:textId="77777777" w:rsidR="00B4712D" w:rsidRPr="000D6A8C" w:rsidRDefault="00B4712D" w:rsidP="00B4712D">
      <w:pPr>
        <w:pStyle w:val="Punktlista"/>
        <w:numPr>
          <w:ilvl w:val="0"/>
          <w:numId w:val="0"/>
        </w:numPr>
        <w:spacing w:line="240" w:lineRule="auto"/>
        <w:ind w:left="360" w:hanging="360"/>
        <w:rPr>
          <w:rFonts w:asciiTheme="majorHAnsi" w:hAnsiTheme="majorHAnsi" w:cstheme="majorHAnsi"/>
        </w:rPr>
      </w:pPr>
      <w:r w:rsidRPr="000D6A8C">
        <w:rPr>
          <w:rFonts w:asciiTheme="majorHAnsi" w:hAnsiTheme="majorHAnsi" w:cstheme="majorHAnsi"/>
        </w:rPr>
        <w:t>Justify your assessment:</w:t>
      </w:r>
      <w:r w:rsidRPr="000D6A8C">
        <w:rPr>
          <w:rFonts w:asciiTheme="majorHAnsi" w:hAnsiTheme="majorHAnsi" w:cstheme="majorHAnsi"/>
        </w:rPr>
        <w:br/>
      </w:r>
      <w:r w:rsidRPr="000D6A8C">
        <w:rPr>
          <w:rFonts w:asciiTheme="majorHAnsi" w:hAnsiTheme="majorHAnsi" w:cstheme="majorHAnsi"/>
        </w:rPr>
        <w:br/>
      </w:r>
    </w:p>
    <w:p w14:paraId="7341A854" w14:textId="77777777" w:rsidR="00B4712D" w:rsidRPr="000D6A8C" w:rsidRDefault="00B4712D" w:rsidP="00B4712D">
      <w:pPr>
        <w:spacing w:line="240" w:lineRule="auto"/>
        <w:rPr>
          <w:rFonts w:asciiTheme="majorHAnsi" w:hAnsiTheme="majorHAnsi" w:cstheme="majorHAnsi"/>
        </w:rPr>
      </w:pPr>
      <w:r w:rsidRPr="000D6A8C">
        <w:rPr>
          <w:rFonts w:asciiTheme="majorHAnsi" w:hAnsiTheme="majorHAnsi" w:cstheme="majorHAnsi"/>
          <w:b/>
        </w:rPr>
        <w:t>14. Evaluation: Behavior – Is the behavior ready to progress?</w:t>
      </w:r>
    </w:p>
    <w:p w14:paraId="38E39AF9" w14:textId="77777777" w:rsidR="00B4712D" w:rsidRPr="000D6A8C" w:rsidRDefault="00B4712D" w:rsidP="00B4712D">
      <w:pPr>
        <w:pStyle w:val="Punktlista"/>
        <w:numPr>
          <w:ilvl w:val="0"/>
          <w:numId w:val="0"/>
        </w:numPr>
        <w:spacing w:line="240" w:lineRule="auto"/>
        <w:ind w:left="360" w:hanging="360"/>
        <w:rPr>
          <w:rFonts w:asciiTheme="majorHAnsi" w:hAnsiTheme="majorHAnsi" w:cstheme="majorHAnsi"/>
        </w:rPr>
      </w:pPr>
      <w:r w:rsidRPr="000D6A8C">
        <w:rPr>
          <w:rFonts w:ascii="Segoe UI Symbol" w:hAnsi="Segoe UI Symbol" w:cs="Segoe UI Symbol"/>
        </w:rPr>
        <w:t>☐</w:t>
      </w:r>
      <w:r w:rsidRPr="000D6A8C">
        <w:rPr>
          <w:rFonts w:asciiTheme="majorHAnsi" w:hAnsiTheme="majorHAnsi" w:cstheme="majorHAnsi"/>
        </w:rPr>
        <w:t xml:space="preserve"> </w:t>
      </w:r>
      <w:r w:rsidRPr="000D6A8C">
        <w:rPr>
          <w:rFonts w:ascii="Apple Color Emoji" w:hAnsi="Apple Color Emoji" w:cs="Apple Color Emoji"/>
        </w:rPr>
        <w:t>🟢</w:t>
      </w:r>
      <w:r w:rsidRPr="000D6A8C">
        <w:rPr>
          <w:rFonts w:asciiTheme="majorHAnsi" w:hAnsiTheme="majorHAnsi" w:cstheme="majorHAnsi"/>
        </w:rPr>
        <w:t xml:space="preserve"> Green behavior – consistent and reliable</w:t>
      </w:r>
    </w:p>
    <w:p w14:paraId="0EBD110F" w14:textId="77777777" w:rsidR="00B4712D" w:rsidRPr="000D6A8C" w:rsidRDefault="00B4712D" w:rsidP="00B4712D">
      <w:pPr>
        <w:pStyle w:val="Punktlista"/>
        <w:numPr>
          <w:ilvl w:val="0"/>
          <w:numId w:val="0"/>
        </w:numPr>
        <w:spacing w:line="240" w:lineRule="auto"/>
        <w:ind w:left="360" w:hanging="360"/>
        <w:rPr>
          <w:rFonts w:asciiTheme="majorHAnsi" w:hAnsiTheme="majorHAnsi" w:cstheme="majorHAnsi"/>
        </w:rPr>
      </w:pPr>
      <w:r w:rsidRPr="000D6A8C">
        <w:rPr>
          <w:rFonts w:ascii="Segoe UI Symbol" w:hAnsi="Segoe UI Symbol" w:cs="Segoe UI Symbol"/>
        </w:rPr>
        <w:t>☐</w:t>
      </w:r>
      <w:r w:rsidRPr="000D6A8C">
        <w:rPr>
          <w:rFonts w:asciiTheme="majorHAnsi" w:hAnsiTheme="majorHAnsi" w:cstheme="majorHAnsi"/>
        </w:rPr>
        <w:t xml:space="preserve"> </w:t>
      </w:r>
      <w:r w:rsidRPr="000D6A8C">
        <w:rPr>
          <w:rFonts w:ascii="Apple Color Emoji" w:hAnsi="Apple Color Emoji" w:cs="Apple Color Emoji"/>
        </w:rPr>
        <w:t>🟡</w:t>
      </w:r>
      <w:r w:rsidRPr="000D6A8C">
        <w:rPr>
          <w:rFonts w:asciiTheme="majorHAnsi" w:hAnsiTheme="majorHAnsi" w:cstheme="majorHAnsi"/>
        </w:rPr>
        <w:t xml:space="preserve"> Yellow behavior – some variation or hesitation</w:t>
      </w:r>
    </w:p>
    <w:p w14:paraId="064434AF" w14:textId="77777777" w:rsidR="00B4712D" w:rsidRPr="000D6A8C" w:rsidRDefault="00B4712D" w:rsidP="00B4712D">
      <w:pPr>
        <w:pStyle w:val="Punktlista"/>
        <w:numPr>
          <w:ilvl w:val="0"/>
          <w:numId w:val="0"/>
        </w:numPr>
        <w:spacing w:line="240" w:lineRule="auto"/>
        <w:ind w:left="360" w:hanging="360"/>
        <w:rPr>
          <w:rFonts w:asciiTheme="majorHAnsi" w:hAnsiTheme="majorHAnsi" w:cstheme="majorHAnsi"/>
        </w:rPr>
      </w:pPr>
      <w:r w:rsidRPr="000D6A8C">
        <w:rPr>
          <w:rFonts w:ascii="Segoe UI Symbol" w:hAnsi="Segoe UI Symbol" w:cs="Segoe UI Symbol"/>
        </w:rPr>
        <w:t>☐</w:t>
      </w:r>
      <w:r w:rsidRPr="000D6A8C">
        <w:rPr>
          <w:rFonts w:asciiTheme="majorHAnsi" w:hAnsiTheme="majorHAnsi" w:cstheme="majorHAnsi"/>
        </w:rPr>
        <w:t xml:space="preserve"> </w:t>
      </w:r>
      <w:r w:rsidRPr="000D6A8C">
        <w:rPr>
          <w:rFonts w:ascii="Apple Color Emoji" w:hAnsi="Apple Color Emoji" w:cs="Apple Color Emoji"/>
        </w:rPr>
        <w:t>🔴</w:t>
      </w:r>
      <w:r w:rsidRPr="000D6A8C">
        <w:rPr>
          <w:rFonts w:asciiTheme="majorHAnsi" w:hAnsiTheme="majorHAnsi" w:cstheme="majorHAnsi"/>
        </w:rPr>
        <w:t xml:space="preserve"> Red behavior – unstable, needs help</w:t>
      </w:r>
    </w:p>
    <w:p w14:paraId="01A5D4F3" w14:textId="77777777" w:rsidR="00B4712D" w:rsidRPr="000D6A8C" w:rsidRDefault="00B4712D" w:rsidP="00B4712D">
      <w:pPr>
        <w:pStyle w:val="Punktlista"/>
        <w:numPr>
          <w:ilvl w:val="0"/>
          <w:numId w:val="0"/>
        </w:numPr>
        <w:spacing w:line="240" w:lineRule="auto"/>
        <w:ind w:left="360" w:hanging="360"/>
        <w:rPr>
          <w:rFonts w:asciiTheme="majorHAnsi" w:hAnsiTheme="majorHAnsi" w:cstheme="majorHAnsi"/>
        </w:rPr>
      </w:pPr>
      <w:r w:rsidRPr="000D6A8C">
        <w:rPr>
          <w:rFonts w:asciiTheme="majorHAnsi" w:hAnsiTheme="majorHAnsi" w:cstheme="majorHAnsi"/>
        </w:rPr>
        <w:t xml:space="preserve">Yes </w:t>
      </w:r>
      <w:r w:rsidRPr="000D6A8C">
        <w:rPr>
          <w:rFonts w:ascii="Segoe UI Symbol" w:hAnsi="Segoe UI Symbol" w:cs="Segoe UI Symbol"/>
        </w:rPr>
        <w:t>☐</w:t>
      </w:r>
      <w:r w:rsidRPr="000D6A8C">
        <w:rPr>
          <w:rFonts w:asciiTheme="majorHAnsi" w:hAnsiTheme="majorHAnsi" w:cstheme="majorHAnsi"/>
        </w:rPr>
        <w:t xml:space="preserve">    No </w:t>
      </w:r>
      <w:r w:rsidRPr="000D6A8C">
        <w:rPr>
          <w:rFonts w:ascii="Segoe UI Symbol" w:hAnsi="Segoe UI Symbol" w:cs="Segoe UI Symbol"/>
        </w:rPr>
        <w:t>☐</w:t>
      </w:r>
    </w:p>
    <w:p w14:paraId="51E72AAB" w14:textId="77777777" w:rsidR="00B4712D" w:rsidRPr="000D6A8C" w:rsidRDefault="00B4712D" w:rsidP="00B4712D">
      <w:pPr>
        <w:pStyle w:val="Punktlista"/>
        <w:numPr>
          <w:ilvl w:val="0"/>
          <w:numId w:val="0"/>
        </w:numPr>
        <w:spacing w:line="240" w:lineRule="auto"/>
        <w:ind w:left="360" w:hanging="360"/>
        <w:rPr>
          <w:rFonts w:asciiTheme="majorHAnsi" w:hAnsiTheme="majorHAnsi" w:cstheme="majorHAnsi"/>
        </w:rPr>
      </w:pPr>
      <w:r w:rsidRPr="000D6A8C">
        <w:rPr>
          <w:rFonts w:asciiTheme="majorHAnsi" w:hAnsiTheme="majorHAnsi" w:cstheme="majorHAnsi"/>
        </w:rPr>
        <w:t>Justify your assessment:</w:t>
      </w:r>
    </w:p>
    <w:p w14:paraId="0D10B212" w14:textId="68B67A00" w:rsidR="0004492D" w:rsidRPr="00E465FF" w:rsidRDefault="0004492D" w:rsidP="00E465FF">
      <w:pPr>
        <w:pStyle w:val="Normalwebb"/>
        <w:rPr>
          <w:rFonts w:ascii="Calibri" w:hAnsi="Calibri" w:cs="Calibri"/>
          <w:sz w:val="22"/>
          <w:szCs w:val="22"/>
        </w:rPr>
      </w:pPr>
    </w:p>
    <w:sectPr w:rsidR="0004492D" w:rsidRPr="00E465FF" w:rsidSect="00B35F8B">
      <w:headerReference w:type="default" r:id="rId8"/>
      <w:footerReference w:type="default" r:id="rId9"/>
      <w:pgSz w:w="12240" w:h="15840"/>
      <w:pgMar w:top="1440" w:right="1800" w:bottom="1440" w:left="1800" w:header="62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0D1577" w14:textId="77777777" w:rsidR="007C7F06" w:rsidRDefault="007C7F06">
      <w:pPr>
        <w:spacing w:after="0" w:line="240" w:lineRule="auto"/>
      </w:pPr>
      <w:r>
        <w:separator/>
      </w:r>
    </w:p>
  </w:endnote>
  <w:endnote w:type="continuationSeparator" w:id="0">
    <w:p w14:paraId="7B2C063E" w14:textId="77777777" w:rsidR="007C7F06" w:rsidRDefault="007C7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141A9" w14:textId="0A0F1552" w:rsidR="0004492D" w:rsidRPr="0006376B" w:rsidRDefault="0006376B" w:rsidP="0006376B">
    <w:pPr>
      <w:pStyle w:val="Sidfot"/>
    </w:pPr>
    <w:r>
      <w:rPr>
        <w:rStyle w:val="Stark"/>
        <w:rFonts w:ascii="Calibri" w:hAnsi="Calibri" w:cs="Calibri"/>
        <w:color w:val="000000"/>
      </w:rPr>
      <w:t xml:space="preserve">Hilding </w:t>
    </w:r>
    <w:proofErr w:type="spellStart"/>
    <w:r>
      <w:rPr>
        <w:rStyle w:val="Stark"/>
        <w:rFonts w:ascii="Calibri" w:hAnsi="Calibri" w:cs="Calibri"/>
        <w:color w:val="000000"/>
      </w:rPr>
      <w:t>Hundcoach</w:t>
    </w:r>
    <w:proofErr w:type="spellEnd"/>
    <w:r w:rsidRPr="00F73721">
      <w:rPr>
        <w:rStyle w:val="Stark"/>
        <w:rFonts w:ascii="Calibri" w:hAnsi="Calibri" w:cs="Calibri"/>
        <w:color w:val="000000"/>
      </w:rPr>
      <w:t xml:space="preserve"> | </w:t>
    </w:r>
    <w:proofErr w:type="spellStart"/>
    <w:r w:rsidRPr="00F73721">
      <w:rPr>
        <w:rStyle w:val="Stark"/>
        <w:rFonts w:ascii="Calibri" w:hAnsi="Calibri" w:cs="Calibri"/>
        <w:color w:val="000000"/>
      </w:rPr>
      <w:t>Hundbeteendeutredare</w:t>
    </w:r>
    <w:proofErr w:type="spellEnd"/>
    <w:r w:rsidRPr="00F73721">
      <w:rPr>
        <w:rStyle w:val="Stark"/>
        <w:rFonts w:ascii="Calibri" w:hAnsi="Calibri" w:cs="Calibri"/>
        <w:color w:val="000000"/>
      </w:rPr>
      <w:t xml:space="preserve"> &amp; </w:t>
    </w:r>
    <w:proofErr w:type="spellStart"/>
    <w:r w:rsidRPr="00F73721">
      <w:rPr>
        <w:rStyle w:val="Stark"/>
        <w:rFonts w:ascii="Calibri" w:hAnsi="Calibri" w:cs="Calibri"/>
        <w:color w:val="000000"/>
      </w:rPr>
      <w:t>Hundcoach</w:t>
    </w:r>
    <w:proofErr w:type="spellEnd"/>
    <w:r w:rsidRPr="00F73721">
      <w:rPr>
        <w:rFonts w:ascii="Calibri" w:hAnsi="Calibri" w:cs="Calibri"/>
        <w:color w:val="000000"/>
      </w:rPr>
      <w:br/>
    </w:r>
    <w:r w:rsidRPr="00F73721">
      <w:rPr>
        <w:rFonts w:ascii="Apple Color Emoji" w:hAnsi="Apple Color Emoji" w:cs="Apple Color Emoji"/>
        <w:color w:val="000000"/>
      </w:rPr>
      <w:t>📞</w:t>
    </w:r>
    <w:r w:rsidRPr="00F73721">
      <w:rPr>
        <w:rFonts w:ascii="Calibri" w:hAnsi="Calibri" w:cs="Calibri"/>
        <w:color w:val="000000"/>
      </w:rPr>
      <w:t xml:space="preserve"> 070-300 86 01 | </w:t>
    </w:r>
    <w:r w:rsidRPr="00F73721">
      <w:rPr>
        <w:rFonts w:ascii="Apple Color Emoji" w:hAnsi="Apple Color Emoji" w:cs="Apple Color Emoji"/>
        <w:color w:val="000000"/>
      </w:rPr>
      <w:t>✉️</w:t>
    </w:r>
    <w:r w:rsidRPr="00F73721">
      <w:rPr>
        <w:rStyle w:val="apple-converted-space"/>
        <w:rFonts w:ascii="Calibri" w:hAnsi="Calibri" w:cs="Calibri"/>
        <w:color w:val="000000"/>
      </w:rPr>
      <w:t> </w:t>
    </w:r>
    <w:hyperlink r:id="rId1" w:history="1">
      <w:r w:rsidRPr="00F73721">
        <w:rPr>
          <w:rStyle w:val="Hyperlnk"/>
          <w:rFonts w:ascii="Calibri" w:hAnsi="Calibri" w:cs="Calibri"/>
        </w:rPr>
        <w:t>info@hildinghundcoach.com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0779F4" w14:textId="77777777" w:rsidR="007C7F06" w:rsidRDefault="007C7F06">
      <w:pPr>
        <w:spacing w:after="0" w:line="240" w:lineRule="auto"/>
      </w:pPr>
      <w:r>
        <w:separator/>
      </w:r>
    </w:p>
  </w:footnote>
  <w:footnote w:type="continuationSeparator" w:id="0">
    <w:p w14:paraId="03410084" w14:textId="77777777" w:rsidR="007C7F06" w:rsidRDefault="007C7F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F0A68" w14:textId="0058FD5A" w:rsidR="004A05A8" w:rsidRDefault="00B87EA9" w:rsidP="00B87EA9">
    <w:pPr>
      <w:pStyle w:val="Sidhuvud"/>
    </w:pPr>
    <w:r>
      <w:rPr>
        <w:noProof/>
      </w:rPr>
      <w:drawing>
        <wp:inline distT="0" distB="0" distL="0" distR="0" wp14:anchorId="7EF0FA1F" wp14:editId="147F520A">
          <wp:extent cx="921835" cy="921835"/>
          <wp:effectExtent l="0" t="0" r="5715" b="5715"/>
          <wp:docPr id="43262144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262144" name="Bildobjekt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1835" cy="921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</w:t>
    </w:r>
  </w:p>
  <w:p w14:paraId="3D74CDED" w14:textId="77777777" w:rsidR="004A05A8" w:rsidRDefault="004A05A8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rerad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rerad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Punktlist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Punktlist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176437D"/>
    <w:multiLevelType w:val="hybridMultilevel"/>
    <w:tmpl w:val="A5A42DE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32436A7"/>
    <w:multiLevelType w:val="hybridMultilevel"/>
    <w:tmpl w:val="EAD6ACC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9F1F84"/>
    <w:multiLevelType w:val="multilevel"/>
    <w:tmpl w:val="7D2A2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8938AA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7FF02C2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94D70B1"/>
    <w:multiLevelType w:val="multilevel"/>
    <w:tmpl w:val="257C6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B4A4C22"/>
    <w:multiLevelType w:val="multilevel"/>
    <w:tmpl w:val="F10AC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BA2778D"/>
    <w:multiLevelType w:val="hybridMultilevel"/>
    <w:tmpl w:val="3940CE0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C5F5D2A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D5B20B4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E533C9E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EBE34A6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11335BF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5907479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6BA077B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A2D58E2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F745A9C"/>
    <w:multiLevelType w:val="multilevel"/>
    <w:tmpl w:val="DA268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07273A8"/>
    <w:multiLevelType w:val="multilevel"/>
    <w:tmpl w:val="A3545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0D83CB4"/>
    <w:multiLevelType w:val="multilevel"/>
    <w:tmpl w:val="FDB6F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1531C36"/>
    <w:multiLevelType w:val="multilevel"/>
    <w:tmpl w:val="D7CC3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25E2255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3F76F51"/>
    <w:multiLevelType w:val="multilevel"/>
    <w:tmpl w:val="A8CAF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43E16A7"/>
    <w:multiLevelType w:val="multilevel"/>
    <w:tmpl w:val="66EC0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5A26A79"/>
    <w:multiLevelType w:val="hybridMultilevel"/>
    <w:tmpl w:val="E4EE1CA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5B13DF4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6792D0F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A722421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A733E19"/>
    <w:multiLevelType w:val="hybridMultilevel"/>
    <w:tmpl w:val="0F2677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DB70A47"/>
    <w:multiLevelType w:val="multilevel"/>
    <w:tmpl w:val="12DCE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17D4FAB"/>
    <w:multiLevelType w:val="multilevel"/>
    <w:tmpl w:val="37AAB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1931D5C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2744D2A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45B4A3A"/>
    <w:multiLevelType w:val="multilevel"/>
    <w:tmpl w:val="BFC44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5A06746"/>
    <w:multiLevelType w:val="multilevel"/>
    <w:tmpl w:val="55668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94B1FFA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9A66449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9BE762E"/>
    <w:multiLevelType w:val="multilevel"/>
    <w:tmpl w:val="102CB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D911662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1AB7D5D"/>
    <w:multiLevelType w:val="multilevel"/>
    <w:tmpl w:val="4E00A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24504F9"/>
    <w:multiLevelType w:val="multilevel"/>
    <w:tmpl w:val="EFCCF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2C37946"/>
    <w:multiLevelType w:val="hybridMultilevel"/>
    <w:tmpl w:val="85EC226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8313EE9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8A9515B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A2C4429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C3F4D73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F3B4ADE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11C776E"/>
    <w:multiLevelType w:val="hybridMultilevel"/>
    <w:tmpl w:val="054CAF4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32F7A44"/>
    <w:multiLevelType w:val="hybridMultilevel"/>
    <w:tmpl w:val="AE3CB14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3B5199F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5AF6E69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6177BB5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8B97202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8CE23B6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9A849C8"/>
    <w:multiLevelType w:val="multilevel"/>
    <w:tmpl w:val="6382D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B8C50E1"/>
    <w:multiLevelType w:val="hybridMultilevel"/>
    <w:tmpl w:val="160AED3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B9D5C37"/>
    <w:multiLevelType w:val="hybridMultilevel"/>
    <w:tmpl w:val="D7F68FF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D2516A8"/>
    <w:multiLevelType w:val="hybridMultilevel"/>
    <w:tmpl w:val="A9E684F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ED722B5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5ED83F8A"/>
    <w:multiLevelType w:val="multilevel"/>
    <w:tmpl w:val="A1444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5FD820A8"/>
    <w:multiLevelType w:val="multilevel"/>
    <w:tmpl w:val="09824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624C437F"/>
    <w:multiLevelType w:val="hybridMultilevel"/>
    <w:tmpl w:val="4640922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3156633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63EE7BAA"/>
    <w:multiLevelType w:val="multilevel"/>
    <w:tmpl w:val="DE502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64EC06CB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6600598B"/>
    <w:multiLevelType w:val="multilevel"/>
    <w:tmpl w:val="DE04D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6628508A"/>
    <w:multiLevelType w:val="hybridMultilevel"/>
    <w:tmpl w:val="19705F3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78E0F15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9D54B35"/>
    <w:multiLevelType w:val="multilevel"/>
    <w:tmpl w:val="ECB8E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0A124AA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0C63C12"/>
    <w:multiLevelType w:val="multilevel"/>
    <w:tmpl w:val="A2D08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56C01AD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5F92443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74A16C5"/>
    <w:multiLevelType w:val="multilevel"/>
    <w:tmpl w:val="81006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78D718FA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795D321D"/>
    <w:multiLevelType w:val="multilevel"/>
    <w:tmpl w:val="75A2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79DE0A58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7D8C3397"/>
    <w:multiLevelType w:val="multilevel"/>
    <w:tmpl w:val="30FA4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7EC76EEA"/>
    <w:multiLevelType w:val="multilevel"/>
    <w:tmpl w:val="97A2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3572304">
    <w:abstractNumId w:val="8"/>
  </w:num>
  <w:num w:numId="2" w16cid:durableId="1799567562">
    <w:abstractNumId w:val="6"/>
  </w:num>
  <w:num w:numId="3" w16cid:durableId="1458066763">
    <w:abstractNumId w:val="5"/>
  </w:num>
  <w:num w:numId="4" w16cid:durableId="1013535945">
    <w:abstractNumId w:val="4"/>
  </w:num>
  <w:num w:numId="5" w16cid:durableId="1528837713">
    <w:abstractNumId w:val="7"/>
  </w:num>
  <w:num w:numId="6" w16cid:durableId="1576815570">
    <w:abstractNumId w:val="3"/>
  </w:num>
  <w:num w:numId="7" w16cid:durableId="1998728703">
    <w:abstractNumId w:val="2"/>
  </w:num>
  <w:num w:numId="8" w16cid:durableId="1446074388">
    <w:abstractNumId w:val="1"/>
  </w:num>
  <w:num w:numId="9" w16cid:durableId="335688951">
    <w:abstractNumId w:val="0"/>
  </w:num>
  <w:num w:numId="10" w16cid:durableId="1815413905">
    <w:abstractNumId w:val="81"/>
  </w:num>
  <w:num w:numId="11" w16cid:durableId="1959144804">
    <w:abstractNumId w:val="78"/>
  </w:num>
  <w:num w:numId="12" w16cid:durableId="1707945367">
    <w:abstractNumId w:val="31"/>
  </w:num>
  <w:num w:numId="13" w16cid:durableId="2000302653">
    <w:abstractNumId w:val="48"/>
  </w:num>
  <w:num w:numId="14" w16cid:durableId="2044673315">
    <w:abstractNumId w:val="67"/>
  </w:num>
  <w:num w:numId="15" w16cid:durableId="2021424240">
    <w:abstractNumId w:val="41"/>
  </w:num>
  <w:num w:numId="16" w16cid:durableId="2132701205">
    <w:abstractNumId w:val="27"/>
  </w:num>
  <w:num w:numId="17" w16cid:durableId="66537618">
    <w:abstractNumId w:val="37"/>
  </w:num>
  <w:num w:numId="18" w16cid:durableId="779104553">
    <w:abstractNumId w:val="62"/>
  </w:num>
  <w:num w:numId="19" w16cid:durableId="686717551">
    <w:abstractNumId w:val="26"/>
  </w:num>
  <w:num w:numId="20" w16cid:durableId="83459394">
    <w:abstractNumId w:val="42"/>
  </w:num>
  <w:num w:numId="21" w16cid:durableId="1505625102">
    <w:abstractNumId w:val="25"/>
  </w:num>
  <w:num w:numId="22" w16cid:durableId="545146540">
    <w:abstractNumId w:val="38"/>
  </w:num>
  <w:num w:numId="23" w16cid:durableId="1728987328">
    <w:abstractNumId w:val="73"/>
  </w:num>
  <w:num w:numId="24" w16cid:durableId="175118126">
    <w:abstractNumId w:val="45"/>
  </w:num>
  <w:num w:numId="25" w16cid:durableId="1112439255">
    <w:abstractNumId w:val="11"/>
  </w:num>
  <w:num w:numId="26" w16cid:durableId="790172410">
    <w:abstractNumId w:val="18"/>
  </w:num>
  <w:num w:numId="27" w16cid:durableId="404451868">
    <w:abstractNumId w:val="47"/>
  </w:num>
  <w:num w:numId="28" w16cid:durableId="1342705932">
    <w:abstractNumId w:val="71"/>
  </w:num>
  <w:num w:numId="29" w16cid:durableId="213348507">
    <w:abstractNumId w:val="52"/>
  </w:num>
  <w:num w:numId="30" w16cid:durableId="568004588">
    <w:abstractNumId w:val="44"/>
  </w:num>
  <w:num w:numId="31" w16cid:durableId="1831824962">
    <w:abstractNumId w:val="17"/>
  </w:num>
  <w:num w:numId="32" w16cid:durableId="177694738">
    <w:abstractNumId w:val="40"/>
  </w:num>
  <w:num w:numId="33" w16cid:durableId="756024359">
    <w:abstractNumId w:val="61"/>
  </w:num>
  <w:num w:numId="34" w16cid:durableId="1940137084">
    <w:abstractNumId w:val="84"/>
  </w:num>
  <w:num w:numId="35" w16cid:durableId="1458601432">
    <w:abstractNumId w:val="85"/>
  </w:num>
  <w:num w:numId="36" w16cid:durableId="316420720">
    <w:abstractNumId w:val="58"/>
  </w:num>
  <w:num w:numId="37" w16cid:durableId="1596551638">
    <w:abstractNumId w:val="46"/>
  </w:num>
  <w:num w:numId="38" w16cid:durableId="1033262396">
    <w:abstractNumId w:val="75"/>
  </w:num>
  <w:num w:numId="39" w16cid:durableId="261838348">
    <w:abstractNumId w:val="24"/>
  </w:num>
  <w:num w:numId="40" w16cid:durableId="1792746711">
    <w:abstractNumId w:val="53"/>
  </w:num>
  <w:num w:numId="41" w16cid:durableId="1222910959">
    <w:abstractNumId w:val="80"/>
  </w:num>
  <w:num w:numId="42" w16cid:durableId="1964001458">
    <w:abstractNumId w:val="33"/>
  </w:num>
  <w:num w:numId="43" w16cid:durableId="872809504">
    <w:abstractNumId w:val="50"/>
  </w:num>
  <w:num w:numId="44" w16cid:durableId="2084376251">
    <w:abstractNumId w:val="70"/>
  </w:num>
  <w:num w:numId="45" w16cid:durableId="489297274">
    <w:abstractNumId w:val="59"/>
  </w:num>
  <w:num w:numId="46" w16cid:durableId="1255822231">
    <w:abstractNumId w:val="19"/>
  </w:num>
  <w:num w:numId="47" w16cid:durableId="518666038">
    <w:abstractNumId w:val="23"/>
  </w:num>
  <w:num w:numId="48" w16cid:durableId="427309512">
    <w:abstractNumId w:val="60"/>
  </w:num>
  <w:num w:numId="49" w16cid:durableId="1266765404">
    <w:abstractNumId w:val="86"/>
  </w:num>
  <w:num w:numId="50" w16cid:durableId="256599459">
    <w:abstractNumId w:val="20"/>
  </w:num>
  <w:num w:numId="51" w16cid:durableId="985091075">
    <w:abstractNumId w:val="72"/>
  </w:num>
  <w:num w:numId="52" w16cid:durableId="810682658">
    <w:abstractNumId w:val="57"/>
  </w:num>
  <w:num w:numId="53" w16cid:durableId="2143421983">
    <w:abstractNumId w:val="12"/>
  </w:num>
  <w:num w:numId="54" w16cid:durableId="404960396">
    <w:abstractNumId w:val="22"/>
  </w:num>
  <w:num w:numId="55" w16cid:durableId="1054356227">
    <w:abstractNumId w:val="35"/>
  </w:num>
  <w:num w:numId="56" w16cid:durableId="1565215675">
    <w:abstractNumId w:val="34"/>
  </w:num>
  <w:num w:numId="57" w16cid:durableId="466707598">
    <w:abstractNumId w:val="21"/>
  </w:num>
  <w:num w:numId="58" w16cid:durableId="1435133050">
    <w:abstractNumId w:val="77"/>
  </w:num>
  <w:num w:numId="59" w16cid:durableId="2001733846">
    <w:abstractNumId w:val="79"/>
  </w:num>
  <w:num w:numId="60" w16cid:durableId="1312825359">
    <w:abstractNumId w:val="29"/>
  </w:num>
  <w:num w:numId="61" w16cid:durableId="1315449320">
    <w:abstractNumId w:val="51"/>
  </w:num>
  <w:num w:numId="62" w16cid:durableId="760376508">
    <w:abstractNumId w:val="66"/>
  </w:num>
  <w:num w:numId="63" w16cid:durableId="1924140471">
    <w:abstractNumId w:val="43"/>
  </w:num>
  <w:num w:numId="64" w16cid:durableId="1591692951">
    <w:abstractNumId w:val="54"/>
  </w:num>
  <w:num w:numId="65" w16cid:durableId="1524243377">
    <w:abstractNumId w:val="82"/>
  </w:num>
  <w:num w:numId="66" w16cid:durableId="40136021">
    <w:abstractNumId w:val="13"/>
  </w:num>
  <w:num w:numId="67" w16cid:durableId="1995064619">
    <w:abstractNumId w:val="39"/>
  </w:num>
  <w:num w:numId="68" w16cid:durableId="1170028342">
    <w:abstractNumId w:val="64"/>
  </w:num>
  <w:num w:numId="69" w16cid:durableId="524097529">
    <w:abstractNumId w:val="63"/>
  </w:num>
  <w:num w:numId="70" w16cid:durableId="392394587">
    <w:abstractNumId w:val="49"/>
  </w:num>
  <w:num w:numId="71" w16cid:durableId="1047070865">
    <w:abstractNumId w:val="74"/>
  </w:num>
  <w:num w:numId="72" w16cid:durableId="1666974568">
    <w:abstractNumId w:val="69"/>
  </w:num>
  <w:num w:numId="73" w16cid:durableId="1410733501">
    <w:abstractNumId w:val="15"/>
  </w:num>
  <w:num w:numId="74" w16cid:durableId="522598722">
    <w:abstractNumId w:val="28"/>
  </w:num>
  <w:num w:numId="75" w16cid:durableId="49964681">
    <w:abstractNumId w:val="68"/>
  </w:num>
  <w:num w:numId="76" w16cid:durableId="1167131306">
    <w:abstractNumId w:val="14"/>
  </w:num>
  <w:num w:numId="77" w16cid:durableId="103695375">
    <w:abstractNumId w:val="76"/>
  </w:num>
  <w:num w:numId="78" w16cid:durableId="216548509">
    <w:abstractNumId w:val="30"/>
  </w:num>
  <w:num w:numId="79" w16cid:durableId="123960933">
    <w:abstractNumId w:val="83"/>
  </w:num>
  <w:num w:numId="80" w16cid:durableId="172379044">
    <w:abstractNumId w:val="16"/>
  </w:num>
  <w:num w:numId="81" w16cid:durableId="521480397">
    <w:abstractNumId w:val="10"/>
  </w:num>
  <w:num w:numId="82" w16cid:durableId="1411580552">
    <w:abstractNumId w:val="55"/>
  </w:num>
  <w:num w:numId="83" w16cid:durableId="1946384175">
    <w:abstractNumId w:val="36"/>
  </w:num>
  <w:num w:numId="84" w16cid:durableId="594870936">
    <w:abstractNumId w:val="32"/>
  </w:num>
  <w:num w:numId="85" w16cid:durableId="807820062">
    <w:abstractNumId w:val="56"/>
  </w:num>
  <w:num w:numId="86" w16cid:durableId="460342906">
    <w:abstractNumId w:val="9"/>
  </w:num>
  <w:num w:numId="87" w16cid:durableId="1428891192">
    <w:abstractNumId w:val="6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0927"/>
    <w:rsid w:val="00034616"/>
    <w:rsid w:val="0004492D"/>
    <w:rsid w:val="0006063C"/>
    <w:rsid w:val="0006376B"/>
    <w:rsid w:val="00096E1F"/>
    <w:rsid w:val="000C5D58"/>
    <w:rsid w:val="000E0D6C"/>
    <w:rsid w:val="001078CC"/>
    <w:rsid w:val="00130DF3"/>
    <w:rsid w:val="001311BE"/>
    <w:rsid w:val="0015074B"/>
    <w:rsid w:val="001C1C8F"/>
    <w:rsid w:val="002841CC"/>
    <w:rsid w:val="00291062"/>
    <w:rsid w:val="0029639D"/>
    <w:rsid w:val="002A5E2F"/>
    <w:rsid w:val="002B3580"/>
    <w:rsid w:val="002F69FB"/>
    <w:rsid w:val="00315B6B"/>
    <w:rsid w:val="00326F90"/>
    <w:rsid w:val="00365D4A"/>
    <w:rsid w:val="00370974"/>
    <w:rsid w:val="00380AF3"/>
    <w:rsid w:val="00424795"/>
    <w:rsid w:val="00493854"/>
    <w:rsid w:val="004946DB"/>
    <w:rsid w:val="004A05A8"/>
    <w:rsid w:val="00516E4B"/>
    <w:rsid w:val="00596094"/>
    <w:rsid w:val="005B5B5A"/>
    <w:rsid w:val="006021DA"/>
    <w:rsid w:val="00630ACE"/>
    <w:rsid w:val="006C5077"/>
    <w:rsid w:val="006C6E1E"/>
    <w:rsid w:val="007022FE"/>
    <w:rsid w:val="00716D0C"/>
    <w:rsid w:val="00744D20"/>
    <w:rsid w:val="007C7F06"/>
    <w:rsid w:val="007F5981"/>
    <w:rsid w:val="00821AB2"/>
    <w:rsid w:val="00870DF7"/>
    <w:rsid w:val="00932361"/>
    <w:rsid w:val="00945597"/>
    <w:rsid w:val="009D260F"/>
    <w:rsid w:val="009F7D5C"/>
    <w:rsid w:val="00A31F3C"/>
    <w:rsid w:val="00A50427"/>
    <w:rsid w:val="00A81BCC"/>
    <w:rsid w:val="00A929E6"/>
    <w:rsid w:val="00AA1D8D"/>
    <w:rsid w:val="00AA4F9B"/>
    <w:rsid w:val="00B35F8B"/>
    <w:rsid w:val="00B45577"/>
    <w:rsid w:val="00B4712D"/>
    <w:rsid w:val="00B47730"/>
    <w:rsid w:val="00B87EA9"/>
    <w:rsid w:val="00B93A4E"/>
    <w:rsid w:val="00BE7D3F"/>
    <w:rsid w:val="00C47A1E"/>
    <w:rsid w:val="00C7068F"/>
    <w:rsid w:val="00CB0664"/>
    <w:rsid w:val="00CB4AEC"/>
    <w:rsid w:val="00D11470"/>
    <w:rsid w:val="00D81417"/>
    <w:rsid w:val="00DA1673"/>
    <w:rsid w:val="00DB41B3"/>
    <w:rsid w:val="00DB4EA5"/>
    <w:rsid w:val="00DD77D7"/>
    <w:rsid w:val="00DE0128"/>
    <w:rsid w:val="00DF0121"/>
    <w:rsid w:val="00E400D3"/>
    <w:rsid w:val="00E465FF"/>
    <w:rsid w:val="00E851DE"/>
    <w:rsid w:val="00E946EE"/>
    <w:rsid w:val="00EE06EC"/>
    <w:rsid w:val="00EF27A6"/>
    <w:rsid w:val="00F25BCE"/>
    <w:rsid w:val="00F52ADA"/>
    <w:rsid w:val="00F65200"/>
    <w:rsid w:val="00F734A9"/>
    <w:rsid w:val="00FB0C86"/>
    <w:rsid w:val="00FB4367"/>
    <w:rsid w:val="00FC3388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C5264F"/>
  <w14:defaultImageDpi w14:val="300"/>
  <w15:docId w15:val="{CB6A159F-702F-494E-A329-00A03BEA4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Rubrik1">
    <w:name w:val="heading 1"/>
    <w:basedOn w:val="Normal"/>
    <w:next w:val="Normal"/>
    <w:link w:val="Rubrik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618BF"/>
  </w:style>
  <w:style w:type="paragraph" w:styleId="Sidfot">
    <w:name w:val="footer"/>
    <w:basedOn w:val="Normal"/>
    <w:link w:val="Sidfo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618BF"/>
  </w:style>
  <w:style w:type="paragraph" w:styleId="Ingetavstnd">
    <w:name w:val="No Spacing"/>
    <w:uiPriority w:val="1"/>
    <w:qFormat/>
    <w:rsid w:val="00FC693F"/>
    <w:pPr>
      <w:spacing w:after="0" w:line="240" w:lineRule="auto"/>
    </w:pPr>
  </w:style>
  <w:style w:type="character" w:customStyle="1" w:styleId="Rubrik1Char">
    <w:name w:val="Rubrik 1 Char"/>
    <w:basedOn w:val="Standardstycketeckensnitt"/>
    <w:link w:val="Rubri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ubrik">
    <w:name w:val="Title"/>
    <w:basedOn w:val="Normal"/>
    <w:next w:val="Normal"/>
    <w:link w:val="Rubrik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styck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rdtext">
    <w:name w:val="Body Text"/>
    <w:basedOn w:val="Normal"/>
    <w:link w:val="BrdtextChar"/>
    <w:uiPriority w:val="99"/>
    <w:unhideWhenUsed/>
    <w:rsid w:val="00AA1D8D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rsid w:val="00AA1D8D"/>
  </w:style>
  <w:style w:type="paragraph" w:styleId="Brdtext2">
    <w:name w:val="Body Text 2"/>
    <w:basedOn w:val="Normal"/>
    <w:link w:val="Brdtext2Char"/>
    <w:uiPriority w:val="99"/>
    <w:unhideWhenUsed/>
    <w:rsid w:val="00AA1D8D"/>
    <w:pPr>
      <w:spacing w:after="120" w:line="480" w:lineRule="auto"/>
    </w:pPr>
  </w:style>
  <w:style w:type="character" w:customStyle="1" w:styleId="Brdtext2Char">
    <w:name w:val="Brödtext 2 Char"/>
    <w:basedOn w:val="Standardstycketeckensnitt"/>
    <w:link w:val="Brdtext2"/>
    <w:uiPriority w:val="99"/>
    <w:rsid w:val="00AA1D8D"/>
  </w:style>
  <w:style w:type="paragraph" w:styleId="Brdtext3">
    <w:name w:val="Body Text 3"/>
    <w:basedOn w:val="Normal"/>
    <w:link w:val="Brd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rdtext3Char">
    <w:name w:val="Brödtext 3 Char"/>
    <w:basedOn w:val="Standardstycketeckensnitt"/>
    <w:link w:val="Brdtext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Punktlista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Punktlista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Punktlista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reradlist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reradlist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reradlist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fortstt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fortstt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fortstt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krotext">
    <w:name w:val="macro"/>
    <w:link w:val="Mak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rsid w:val="0029639D"/>
    <w:rPr>
      <w:rFonts w:ascii="Courier" w:hAnsi="Courier"/>
      <w:sz w:val="20"/>
      <w:szCs w:val="20"/>
    </w:rPr>
  </w:style>
  <w:style w:type="paragraph" w:styleId="Citat">
    <w:name w:val="Quote"/>
    <w:basedOn w:val="Normal"/>
    <w:next w:val="Normal"/>
    <w:link w:val="CitatChar"/>
    <w:uiPriority w:val="29"/>
    <w:qFormat/>
    <w:rsid w:val="00FC693F"/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rsid w:val="00FC693F"/>
    <w:rPr>
      <w:i/>
      <w:iCs/>
      <w:color w:val="000000" w:themeColor="text1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ark">
    <w:name w:val="Strong"/>
    <w:basedOn w:val="Standardstycketeckensnitt"/>
    <w:uiPriority w:val="22"/>
    <w:qFormat/>
    <w:rsid w:val="00FC693F"/>
    <w:rPr>
      <w:b/>
      <w:bCs/>
    </w:rPr>
  </w:style>
  <w:style w:type="character" w:styleId="Betoning">
    <w:name w:val="Emphasis"/>
    <w:basedOn w:val="Standardstycketeckensnitt"/>
    <w:uiPriority w:val="20"/>
    <w:qFormat/>
    <w:rsid w:val="00FC693F"/>
    <w:rPr>
      <w:i/>
      <w:iCs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FC693F"/>
    <w:rPr>
      <w:b/>
      <w:bCs/>
      <w:i/>
      <w:iCs/>
      <w:color w:val="4F81BD" w:themeColor="accent1"/>
    </w:rPr>
  </w:style>
  <w:style w:type="character" w:styleId="Diskretbetoning">
    <w:name w:val="Subtle Emphasis"/>
    <w:basedOn w:val="Standardstycketeckensnitt"/>
    <w:uiPriority w:val="19"/>
    <w:qFormat/>
    <w:rsid w:val="00FC693F"/>
    <w:rPr>
      <w:i/>
      <w:iCs/>
      <w:color w:val="808080" w:themeColor="text1" w:themeTint="7F"/>
    </w:rPr>
  </w:style>
  <w:style w:type="character" w:styleId="Starkbetoning">
    <w:name w:val="Intense Emphasis"/>
    <w:basedOn w:val="Standardstycketeckensnitt"/>
    <w:uiPriority w:val="21"/>
    <w:qFormat/>
    <w:rsid w:val="00FC693F"/>
    <w:rPr>
      <w:b/>
      <w:bCs/>
      <w:i/>
      <w:iCs/>
      <w:color w:val="4F81BD" w:themeColor="accent1"/>
    </w:rPr>
  </w:style>
  <w:style w:type="character" w:styleId="Diskretreferens">
    <w:name w:val="Subtle Reference"/>
    <w:basedOn w:val="Standardstycketeckensnitt"/>
    <w:uiPriority w:val="31"/>
    <w:qFormat/>
    <w:rsid w:val="00FC693F"/>
    <w:rPr>
      <w:smallCaps/>
      <w:color w:val="C0504D" w:themeColor="accent2"/>
      <w:u w:val="single"/>
    </w:rPr>
  </w:style>
  <w:style w:type="character" w:styleId="Starkreferens">
    <w:name w:val="Intense Reference"/>
    <w:basedOn w:val="Standardstycketeckensnit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kenstitel">
    <w:name w:val="Book Title"/>
    <w:basedOn w:val="Standardstycketeckensnitt"/>
    <w:uiPriority w:val="33"/>
    <w:qFormat/>
    <w:rsid w:val="00FC693F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C693F"/>
    <w:pPr>
      <w:outlineLvl w:val="9"/>
    </w:pPr>
  </w:style>
  <w:style w:type="table" w:styleId="Tabellrutnt">
    <w:name w:val="Table Grid"/>
    <w:basedOn w:val="Normaltabel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skuggning">
    <w:name w:val="Light Shading"/>
    <w:basedOn w:val="Normaltabel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jusskuggning-dekorfrg6">
    <w:name w:val="Light Shading Accent 6"/>
    <w:basedOn w:val="Normaltabel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juslista">
    <w:name w:val="Light List"/>
    <w:basedOn w:val="Normaltabel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juslista-dekorfrg1">
    <w:name w:val="Light List Accent 1"/>
    <w:basedOn w:val="Normaltabel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juslista-dekorfrg2">
    <w:name w:val="Light List Accent 2"/>
    <w:basedOn w:val="Normal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juslista-dekorfrg3">
    <w:name w:val="Light List Accent 3"/>
    <w:basedOn w:val="Normal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juslista-dekorfrg4">
    <w:name w:val="Light List Accent 4"/>
    <w:basedOn w:val="Normal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juslista-dekorfrg5">
    <w:name w:val="Light List Accent 5"/>
    <w:basedOn w:val="Normal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juslista-dekorfrg6">
    <w:name w:val="Light List Accent 6"/>
    <w:basedOn w:val="Normal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justrutnt">
    <w:name w:val="Light Grid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justrutnt-dekorfrg2">
    <w:name w:val="Light Grid Accent 2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justrutnt-dekorfrg3">
    <w:name w:val="Light Grid Accent 3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justrutnt-dekorfrg4">
    <w:name w:val="Light Grid Accent 4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justrutnt-dekorfrg5">
    <w:name w:val="Light Grid Accent 5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justrutnt-dekorfrg6">
    <w:name w:val="Light Grid Accent 6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llanmrkskuggning1">
    <w:name w:val="Medium Shading 1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2">
    <w:name w:val="Medium Shading 2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1">
    <w:name w:val="Medium Shading 2 Accent 1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2">
    <w:name w:val="Medium Shading 2 Accent 2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6">
    <w:name w:val="Medium Shading 2 Accent 6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lista1">
    <w:name w:val="Medium List 1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llanmrklista2">
    <w:name w:val="Medium List 2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4">
    <w:name w:val="Medium List 2 Accent 4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6">
    <w:name w:val="Medium List 2 Accent 6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trutnt1">
    <w:name w:val="Medium Grid 1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llanmrktrutnt2">
    <w:name w:val="Medium Grid 2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2">
    <w:name w:val="Medium Grid 2 Accent 2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3">
    <w:name w:val="Medium Grid 2 Accent 3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6">
    <w:name w:val="Medium Grid 2 Accent 6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llanmrktrutnt3-dekorfrg6">
    <w:name w:val="Medium Grid 3 Accent 6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rklista">
    <w:name w:val="Dark List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a-dekorfrg1">
    <w:name w:val="Dark List Accent 1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Mrklista-dekorfrg2">
    <w:name w:val="Dark List Accent 2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Mrklista-dekorfrg3">
    <w:name w:val="Dark List Accent 3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Mrklista-dekorfrg4">
    <w:name w:val="Dark List Accent 4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Mrklista-dekorfrg5">
    <w:name w:val="Dark List Accent 5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Mrklista-dekorfrg6">
    <w:name w:val="Dark List Accent 6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Frgadskuggning">
    <w:name w:val="Colorful Shading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1">
    <w:name w:val="Colorful Shading Accent 1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2">
    <w:name w:val="Colorful Shading Accent 2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rgadskuggning-dekorfrg4">
    <w:name w:val="Colorful Shading Accent 4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6">
    <w:name w:val="Colorful Shading Accent 6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lista">
    <w:name w:val="Colorful List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rgadlista-dekorfrg1">
    <w:name w:val="Colorful List Accent 1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rgadlista-dekorfrg2">
    <w:name w:val="Colorful List Accent 2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rgadlista-dekorfrg3">
    <w:name w:val="Colorful List Accent 3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rgadlista-dekorfrg4">
    <w:name w:val="Colorful List Accent 4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rgadlista-dekorfrg5">
    <w:name w:val="Colorful List Accent 5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rgadlista-dekorfrg6">
    <w:name w:val="Colorful List Accent 6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rgatrutnt">
    <w:name w:val="Colorful Grid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rgatrutnt-dekorfrg1">
    <w:name w:val="Colorful Grid Accent 1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rgatrutnt-dekorfrg2">
    <w:name w:val="Colorful Grid Accent 2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rgatrutnt-dekorfrg3">
    <w:name w:val="Colorful Grid Accent 3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rgatrutnt-dekorfrg4">
    <w:name w:val="Colorful Grid Accent 4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rgatrutnt-dekorfrg5">
    <w:name w:val="Colorful Grid Accent 5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rgatrutnt-dekorfrg6">
    <w:name w:val="Colorful Grid Accent 6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nk">
    <w:name w:val="Hyperlink"/>
    <w:basedOn w:val="Standardstycketeckensnitt"/>
    <w:uiPriority w:val="99"/>
    <w:unhideWhenUsed/>
    <w:rsid w:val="002A5E2F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2A5E2F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unhideWhenUsed/>
    <w:rsid w:val="004A05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v-SE" w:eastAsia="sv-SE"/>
    </w:rPr>
  </w:style>
  <w:style w:type="character" w:customStyle="1" w:styleId="apple-converted-space">
    <w:name w:val="apple-converted-space"/>
    <w:basedOn w:val="Standardstycketeckensnitt"/>
    <w:rsid w:val="004A05A8"/>
  </w:style>
  <w:style w:type="character" w:styleId="AnvndHyperlnk">
    <w:name w:val="FollowedHyperlink"/>
    <w:basedOn w:val="Standardstycketeckensnitt"/>
    <w:uiPriority w:val="99"/>
    <w:semiHidden/>
    <w:unhideWhenUsed/>
    <w:rsid w:val="00B87EA9"/>
    <w:rPr>
      <w:color w:val="800080" w:themeColor="followedHyperlink"/>
      <w:u w:val="single"/>
    </w:rPr>
  </w:style>
  <w:style w:type="character" w:customStyle="1" w:styleId="size">
    <w:name w:val="size"/>
    <w:basedOn w:val="Standardstycketeckensnitt"/>
    <w:rsid w:val="000637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36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8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3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9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99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8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22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8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02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50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1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86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12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329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1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2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hildinghundcoach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230</Words>
  <Characters>1222</Characters>
  <Application>Microsoft Office Word</Application>
  <DocSecurity>0</DocSecurity>
  <Lines>10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1450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hildinghundcoach@outlook.com</cp:lastModifiedBy>
  <cp:revision>2</cp:revision>
  <dcterms:created xsi:type="dcterms:W3CDTF">2025-05-16T08:44:00Z</dcterms:created>
  <dcterms:modified xsi:type="dcterms:W3CDTF">2025-05-16T08:44:00Z</dcterms:modified>
  <cp:category/>
</cp:coreProperties>
</file>